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56" w:rsidRPr="000711C0" w:rsidRDefault="000551BD">
      <w:pPr>
        <w:autoSpaceDE w:val="0"/>
        <w:autoSpaceDN w:val="0"/>
        <w:spacing w:after="78" w:line="220" w:lineRule="exact"/>
        <w:rPr>
          <w:lang w:val="ru-RU"/>
        </w:rPr>
      </w:pPr>
      <w:r w:rsidRPr="000711C0">
        <w:rPr>
          <w:lang w:val="ru-RU"/>
        </w:rPr>
        <w:t xml:space="preserve"> </w:t>
      </w:r>
    </w:p>
    <w:p w:rsidR="000F1156" w:rsidRPr="00EF1826" w:rsidRDefault="009F0D7C">
      <w:pPr>
        <w:rPr>
          <w:lang w:val="ru-RU"/>
        </w:rPr>
        <w:sectPr w:rsidR="000F1156" w:rsidRPr="00EF1826" w:rsidSect="00A331A6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5619750" cy="7932253"/>
            <wp:effectExtent l="0" t="0" r="0" b="0"/>
            <wp:docPr id="1" name="Рисунок 1" descr="C:\Users\пк\Documents\Документы сканера\иа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Документы сканера\иат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9" t="26" r="-325" b="-26"/>
                    <a:stretch/>
                  </pic:blipFill>
                  <pic:spPr bwMode="auto">
                    <a:xfrm>
                      <a:off x="0" y="0"/>
                      <a:ext cx="5622867" cy="793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156" w:rsidRPr="00EC5607" w:rsidRDefault="00AF66BE" w:rsidP="00EF1826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EC560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0F1156" w:rsidRPr="00EF1826" w:rsidRDefault="00AF66BE" w:rsidP="00EF1826">
      <w:pPr>
        <w:autoSpaceDE w:val="0"/>
        <w:autoSpaceDN w:val="0"/>
        <w:spacing w:before="346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"МАТЕМАТИКА" </w:t>
      </w:r>
    </w:p>
    <w:p w:rsidR="000F1156" w:rsidRPr="00EF1826" w:rsidRDefault="00AF66BE" w:rsidP="00EF1826">
      <w:pPr>
        <w:autoSpaceDE w:val="0"/>
        <w:autoSpaceDN w:val="0"/>
        <w:spacing w:before="166" w:after="0" w:line="288" w:lineRule="auto"/>
        <w:ind w:firstLine="180"/>
        <w:jc w:val="both"/>
        <w:rPr>
          <w:lang w:val="ru-RU"/>
        </w:rPr>
      </w:pP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рабочей программе учтены идеи и положения Концепции развития математического образования в Российской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общеобразовательной подготовки, в том числе и математической.</w:t>
      </w:r>
    </w:p>
    <w:p w:rsidR="000F1156" w:rsidRPr="00EF1826" w:rsidRDefault="00AF66BE" w:rsidP="00EF1826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0F1156" w:rsidRPr="00EF1826" w:rsidRDefault="00AF66BE" w:rsidP="00EF1826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0F1156" w:rsidRPr="00EF1826" w:rsidRDefault="00AF66BE" w:rsidP="00EF1826">
      <w:pPr>
        <w:autoSpaceDE w:val="0"/>
        <w:autoSpaceDN w:val="0"/>
        <w:spacing w:before="70" w:after="0" w:line="288" w:lineRule="auto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0F1156" w:rsidRPr="00EF1826" w:rsidRDefault="00AF66BE" w:rsidP="00EF1826">
      <w:pPr>
        <w:autoSpaceDE w:val="0"/>
        <w:autoSpaceDN w:val="0"/>
        <w:spacing w:before="70" w:after="0" w:line="271" w:lineRule="auto"/>
        <w:ind w:firstLine="180"/>
        <w:jc w:val="both"/>
        <w:rPr>
          <w:lang w:val="ru-RU"/>
        </w:rPr>
      </w:pP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</w:t>
      </w:r>
    </w:p>
    <w:p w:rsidR="000F1156" w:rsidRPr="00EF1826" w:rsidRDefault="000F1156" w:rsidP="00EF1826">
      <w:pPr>
        <w:jc w:val="both"/>
        <w:rPr>
          <w:lang w:val="ru-RU"/>
        </w:rPr>
        <w:sectPr w:rsidR="000F1156" w:rsidRPr="00EF1826" w:rsidSect="00A331A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0F1156" w:rsidRPr="00EF1826" w:rsidRDefault="00AF66BE" w:rsidP="00EF1826">
      <w:pPr>
        <w:autoSpaceDE w:val="0"/>
        <w:autoSpaceDN w:val="0"/>
        <w:spacing w:before="70" w:after="0" w:line="271" w:lineRule="auto"/>
        <w:ind w:right="432"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0F1156" w:rsidRPr="00EF1826" w:rsidRDefault="00AF66BE" w:rsidP="00EF1826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Приоритетными целями обучения математике в 5 классе являются:</w:t>
      </w:r>
    </w:p>
    <w:p w:rsidR="000F1156" w:rsidRPr="00EF1826" w:rsidRDefault="00AF66BE" w:rsidP="00EF1826">
      <w:pPr>
        <w:autoSpaceDE w:val="0"/>
        <w:autoSpaceDN w:val="0"/>
        <w:spacing w:before="180" w:after="0" w:line="271" w:lineRule="auto"/>
        <w:ind w:left="420" w:right="144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продолжение формирования основных математических понятий (число, величина,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подведение обучающихся на доступном для них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уровне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к осознанию взаимосвязи математики и окружающего мира; </w:t>
      </w:r>
    </w:p>
    <w:p w:rsidR="000F1156" w:rsidRPr="00EF1826" w:rsidRDefault="00AF66BE" w:rsidP="00EF1826">
      <w:pPr>
        <w:autoSpaceDE w:val="0"/>
        <w:autoSpaceDN w:val="0"/>
        <w:spacing w:before="190" w:after="0"/>
        <w:ind w:left="420" w:right="432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0F1156" w:rsidRPr="00EF1826" w:rsidRDefault="00AF66BE" w:rsidP="00EF1826">
      <w:pPr>
        <w:autoSpaceDE w:val="0"/>
        <w:autoSpaceDN w:val="0"/>
        <w:spacing w:before="178" w:after="0"/>
        <w:ind w:right="432"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0F1156" w:rsidRPr="00EF1826" w:rsidRDefault="00AF66BE" w:rsidP="00EF1826">
      <w:pPr>
        <w:autoSpaceDE w:val="0"/>
        <w:autoSpaceDN w:val="0"/>
        <w:spacing w:before="70" w:after="0" w:line="281" w:lineRule="auto"/>
        <w:ind w:right="144"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арифметического материала начинается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вычислений. </w:t>
      </w:r>
    </w:p>
    <w:p w:rsidR="000F1156" w:rsidRPr="00EF1826" w:rsidRDefault="00AF66BE" w:rsidP="00EF1826">
      <w:pPr>
        <w:autoSpaceDE w:val="0"/>
        <w:autoSpaceDN w:val="0"/>
        <w:spacing w:before="72" w:after="0" w:line="286" w:lineRule="auto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обыкновенных дробей в полном объёме предшествует изучению десятичных дробей, что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целесообразно с точки зрения логики изложения числовой линии, когда правила действий с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При обучении решению текстовых задач в 5 классе используются арифметические приёмы решения.</w:t>
      </w:r>
    </w:p>
    <w:p w:rsidR="000F1156" w:rsidRPr="00EF1826" w:rsidRDefault="00AF66BE" w:rsidP="00EF1826">
      <w:pPr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0F1156" w:rsidRPr="00EF1826" w:rsidRDefault="000F1156" w:rsidP="00EF1826">
      <w:pPr>
        <w:jc w:val="both"/>
        <w:rPr>
          <w:lang w:val="ru-RU"/>
        </w:rPr>
        <w:sectPr w:rsidR="000F1156" w:rsidRPr="00EF1826" w:rsidSect="00A331A6">
          <w:pgSz w:w="11900" w:h="16840"/>
          <w:pgMar w:top="286" w:right="666" w:bottom="34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81" w:lineRule="auto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используется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0F1156" w:rsidRPr="00EF1826" w:rsidRDefault="00AF66BE" w:rsidP="00EF1826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начальной школе, систематизируются и расширяются.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0F1156" w:rsidRPr="00EF1826" w:rsidRDefault="00AF66BE" w:rsidP="00EF1826">
      <w:pPr>
        <w:autoSpaceDE w:val="0"/>
        <w:autoSpaceDN w:val="0"/>
        <w:spacing w:before="166" w:after="0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 170 учебных часов.</w:t>
      </w:r>
    </w:p>
    <w:p w:rsidR="000F1156" w:rsidRPr="00EF1826" w:rsidRDefault="000F1156" w:rsidP="00EF1826">
      <w:pPr>
        <w:jc w:val="both"/>
        <w:rPr>
          <w:lang w:val="ru-RU"/>
        </w:rPr>
        <w:sectPr w:rsidR="000F1156" w:rsidRPr="00EF1826" w:rsidSect="00A331A6">
          <w:pgSz w:w="11900" w:h="16840"/>
          <w:pgMar w:top="298" w:right="796" w:bottom="1440" w:left="666" w:header="720" w:footer="720" w:gutter="0"/>
          <w:cols w:space="720" w:equalWidth="0">
            <w:col w:w="10438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216" w:line="220" w:lineRule="exact"/>
        <w:jc w:val="both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 "МАТЕМАТИКА"</w:t>
      </w:r>
    </w:p>
    <w:p w:rsidR="000F1156" w:rsidRPr="00EF1826" w:rsidRDefault="00AF66BE" w:rsidP="00EF1826">
      <w:pPr>
        <w:autoSpaceDE w:val="0"/>
        <w:autoSpaceDN w:val="0"/>
        <w:spacing w:before="346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Натуральные числа и нуль</w:t>
      </w:r>
    </w:p>
    <w:p w:rsidR="000F1156" w:rsidRPr="00EF1826" w:rsidRDefault="00AF66BE" w:rsidP="00EF1826">
      <w:pPr>
        <w:autoSpaceDE w:val="0"/>
        <w:autoSpaceDN w:val="0"/>
        <w:spacing w:before="166" w:after="0" w:line="281" w:lineRule="auto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координатной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:rsidR="000F1156" w:rsidRPr="00EF1826" w:rsidRDefault="00AF66BE" w:rsidP="00EF1826">
      <w:pPr>
        <w:autoSpaceDE w:val="0"/>
        <w:autoSpaceDN w:val="0"/>
        <w:spacing w:before="70" w:after="0" w:line="283" w:lineRule="auto"/>
        <w:ind w:right="144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</w:t>
      </w:r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выражение. Вычисление значений числовых выражений; порядок выполнения действий.</w:t>
      </w:r>
    </w:p>
    <w:p w:rsidR="000F1156" w:rsidRPr="00EF1826" w:rsidRDefault="00AF66BE" w:rsidP="00EF1826">
      <w:pPr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Дроби</w:t>
      </w:r>
    </w:p>
    <w:p w:rsidR="000F1156" w:rsidRPr="00EF1826" w:rsidRDefault="00AF66BE" w:rsidP="00EF1826">
      <w:pPr>
        <w:autoSpaceDE w:val="0"/>
        <w:autoSpaceDN w:val="0"/>
        <w:spacing w:before="166" w:after="0" w:line="286" w:lineRule="auto"/>
        <w:ind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0F1156" w:rsidRPr="00EF1826" w:rsidRDefault="00AF66BE" w:rsidP="00EF1826">
      <w:pPr>
        <w:autoSpaceDE w:val="0"/>
        <w:autoSpaceDN w:val="0"/>
        <w:spacing w:before="168" w:after="0"/>
        <w:ind w:right="432" w:firstLine="180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Единицы измерения: массы, объёма, цены; расстояния, времени, скорости.</w:t>
      </w:r>
    </w:p>
    <w:p w:rsidR="000F1156" w:rsidRPr="00EF1826" w:rsidRDefault="00AF66BE" w:rsidP="00EF1826">
      <w:pPr>
        <w:autoSpaceDE w:val="0"/>
        <w:autoSpaceDN w:val="0"/>
        <w:spacing w:before="70" w:after="0" w:line="262" w:lineRule="auto"/>
        <w:ind w:right="1296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0F1156" w:rsidRPr="00EF1826" w:rsidRDefault="00AF66BE" w:rsidP="00EF1826">
      <w:pPr>
        <w:autoSpaceDE w:val="0"/>
        <w:autoSpaceDN w:val="0"/>
        <w:spacing w:before="166" w:after="0" w:line="283" w:lineRule="auto"/>
        <w:ind w:right="144" w:firstLine="180"/>
        <w:jc w:val="both"/>
        <w:rPr>
          <w:lang w:val="ru-RU"/>
        </w:rPr>
      </w:pP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Угол. Прямой, острый, тупой и развёрнутый углы.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Длина отрезка, метрические единицы длины. Длина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ломаной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ств ст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орон и углов прямоугольника, квадрата. Площадь</w:t>
      </w:r>
    </w:p>
    <w:p w:rsidR="000F1156" w:rsidRPr="00EF1826" w:rsidRDefault="000F1156" w:rsidP="00EF1826">
      <w:pPr>
        <w:jc w:val="both"/>
        <w:rPr>
          <w:lang w:val="ru-RU"/>
        </w:rPr>
        <w:sectPr w:rsidR="000F1156" w:rsidRPr="00EF1826" w:rsidSect="00A331A6">
          <w:pgSz w:w="11900" w:h="16840"/>
          <w:pgMar w:top="436" w:right="622" w:bottom="342" w:left="666" w:header="720" w:footer="720" w:gutter="0"/>
          <w:cols w:space="720" w:equalWidth="0">
            <w:col w:w="10612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81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</w:t>
      </w:r>
      <w:proofErr w:type="gramStart"/>
      <w:r w:rsidR="0074075C">
        <w:rPr>
          <w:rFonts w:ascii="Times New Roman" w:eastAsia="Times New Roman" w:hAnsi="Times New Roman"/>
          <w:color w:val="000000"/>
          <w:sz w:val="24"/>
        </w:rPr>
        <w:t>e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ма.</w:t>
      </w:r>
    </w:p>
    <w:p w:rsidR="000F1156" w:rsidRPr="00EF1826" w:rsidRDefault="000F1156" w:rsidP="00EF1826">
      <w:pPr>
        <w:jc w:val="both"/>
        <w:rPr>
          <w:lang w:val="ru-RU"/>
        </w:rPr>
        <w:sectPr w:rsidR="000F1156" w:rsidRPr="00EF1826" w:rsidSect="00A331A6">
          <w:pgSz w:w="11900" w:h="16840"/>
          <w:pgMar w:top="286" w:right="814" w:bottom="1440" w:left="666" w:header="720" w:footer="720" w:gutter="0"/>
          <w:cols w:space="720" w:equalWidth="0">
            <w:col w:w="10420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ОБРАЗОВАТЕЛЬНЫЕ РЕЗУЛЬТАТЫ </w:t>
      </w:r>
    </w:p>
    <w:p w:rsidR="000F1156" w:rsidRPr="00EF1826" w:rsidRDefault="00AF66BE" w:rsidP="00EF1826">
      <w:pPr>
        <w:autoSpaceDE w:val="0"/>
        <w:autoSpaceDN w:val="0"/>
        <w:spacing w:before="346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учебного предмета «Математика» характеризуются: </w:t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Патриотическое воспитание: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Трудовое воспитание: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Ценности научного познания: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воспитание, формирование культуры здоровья и эмоционального благополучия: </w:t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Экологическое воспитание: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EF1826">
        <w:rPr>
          <w:lang w:val="ru-RU"/>
        </w:rPr>
        <w:tab/>
      </w:r>
      <w:proofErr w:type="gramStart"/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F1826">
        <w:rPr>
          <w:lang w:val="ru-RU"/>
        </w:rPr>
        <w:br/>
      </w: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F1156" w:rsidRPr="00EF1826" w:rsidRDefault="000F1156" w:rsidP="00EF1826">
      <w:pPr>
        <w:rPr>
          <w:lang w:val="ru-RU"/>
        </w:rPr>
        <w:sectPr w:rsidR="000F1156" w:rsidRPr="00EF1826" w:rsidSect="00A331A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78" w:line="220" w:lineRule="exact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F1156" w:rsidRPr="00EF1826" w:rsidRDefault="00AF66BE" w:rsidP="00EF1826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программы учебного предмета «Математика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»х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арактеризуются овладением </w:t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универсальными </w:t>
      </w:r>
      <w:r w:rsidRPr="00EF182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познавательными </w:t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действиями, универсальными </w:t>
      </w:r>
      <w:r w:rsidRPr="00EF182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коммуникативными </w:t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 и универсальными </w:t>
      </w:r>
      <w:r w:rsidRPr="00EF182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регулятивными </w:t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действиями.</w:t>
      </w:r>
    </w:p>
    <w:p w:rsidR="000F1156" w:rsidRPr="00EF1826" w:rsidRDefault="00AF66BE" w:rsidP="00EF1826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Универсальные </w:t>
      </w:r>
      <w:r w:rsidRPr="00EF182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</w:t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0F1156" w:rsidRPr="00EF1826" w:rsidRDefault="00AF66BE" w:rsidP="00EF1826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0F1156" w:rsidRPr="00EF1826" w:rsidRDefault="00AF66BE" w:rsidP="00EF1826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воспринимать, формулировать и преобразовывать суждения: утвердительные и отрицательные, единичные, частные и общие;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0F1156" w:rsidRPr="00EF1826" w:rsidRDefault="00AF66BE" w:rsidP="00EF182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предлагать критерии для выявления закономерностей и противоречий;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:rsidR="000F1156" w:rsidRPr="00EF1826" w:rsidRDefault="00AF66BE" w:rsidP="00EF182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</w:t>
      </w:r>
    </w:p>
    <w:p w:rsidR="000F1156" w:rsidRPr="00EF1826" w:rsidRDefault="00AF66BE" w:rsidP="00EF1826">
      <w:pPr>
        <w:autoSpaceDE w:val="0"/>
        <w:autoSpaceDN w:val="0"/>
        <w:spacing w:before="190" w:after="0" w:line="271" w:lineRule="auto"/>
        <w:ind w:left="420" w:right="1152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F1156" w:rsidRPr="00EF1826" w:rsidRDefault="00AF66BE" w:rsidP="00EF1826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действия:</w:t>
      </w:r>
    </w:p>
    <w:p w:rsidR="000F1156" w:rsidRPr="00EF1826" w:rsidRDefault="00AF66BE" w:rsidP="00EF182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вопросы как исследовательский инструмент познания;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0F1156" w:rsidRPr="00EF1826" w:rsidRDefault="00AF66BE" w:rsidP="00EF182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аргументировать свою позицию, мнение;</w:t>
      </w:r>
    </w:p>
    <w:p w:rsidR="000F1156" w:rsidRPr="00EF1826" w:rsidRDefault="00AF66BE" w:rsidP="00EF182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0F1156" w:rsidRPr="00EF1826" w:rsidRDefault="00AF66BE" w:rsidP="00EF1826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0F1156" w:rsidRPr="00EF1826" w:rsidRDefault="000F1156" w:rsidP="00EF1826">
      <w:pPr>
        <w:rPr>
          <w:lang w:val="ru-RU"/>
        </w:rPr>
        <w:sectPr w:rsidR="000F1156" w:rsidRPr="00EF1826" w:rsidSect="00A331A6">
          <w:pgSz w:w="11900" w:h="16840"/>
          <w:pgMar w:top="298" w:right="668" w:bottom="34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78" w:line="220" w:lineRule="exact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0F1156" w:rsidRPr="00EF1826" w:rsidRDefault="00AF66BE" w:rsidP="00EF182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недостаточность и избыточность информации, данных, необходимых для решения задачи;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учителем или сформулированным самостоятельно.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180" w:after="0" w:line="262" w:lineRule="auto"/>
        <w:ind w:right="288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 Универсальные </w:t>
      </w:r>
      <w:r w:rsidRPr="00EF182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сформированность социальных навыков обучающихся.</w:t>
      </w:r>
    </w:p>
    <w:p w:rsidR="000F1156" w:rsidRPr="00EF1826" w:rsidRDefault="00AF66BE" w:rsidP="00EF182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0F1156" w:rsidRPr="00EF1826" w:rsidRDefault="00AF66BE" w:rsidP="00EF182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 в соответствии с условиями и целями общения; </w:t>
      </w:r>
    </w:p>
    <w:p w:rsidR="000F1156" w:rsidRPr="00EF1826" w:rsidRDefault="00AF66BE" w:rsidP="00EF1826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0F1156" w:rsidRPr="00EF1826" w:rsidRDefault="00AF66BE" w:rsidP="00EF182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корректной форме формулировать разногласия, свои возражения; </w:t>
      </w:r>
    </w:p>
    <w:p w:rsidR="000F1156" w:rsidRPr="00EF1826" w:rsidRDefault="00AF66BE" w:rsidP="00EF182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решения задачи, эксперимента, исследования, проекта;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аудитории.</w:t>
      </w:r>
    </w:p>
    <w:p w:rsidR="000F1156" w:rsidRPr="00EF1826" w:rsidRDefault="00AF66BE" w:rsidP="00EF182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Сотрудничество:</w:t>
      </w:r>
    </w:p>
    <w:p w:rsidR="000F1156" w:rsidRPr="00EF1826" w:rsidRDefault="00AF66BE" w:rsidP="00EF182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0F1156" w:rsidRPr="00EF1826" w:rsidRDefault="00AF66BE" w:rsidP="00EF1826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обобщать мнения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людей; участвовать в групповых формах работы (обсуждения, обмен мнениями, мозговые штурмы и др.); </w:t>
      </w:r>
    </w:p>
    <w:p w:rsidR="000F1156" w:rsidRPr="00EF1826" w:rsidRDefault="00AF66BE" w:rsidP="00EF182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 и координировать свои действия с другими членами команды;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Универсальные </w:t>
      </w:r>
      <w:r w:rsidRPr="00EF182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EF1826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смысловых установок и жизненных навыков личности.</w:t>
      </w:r>
    </w:p>
    <w:p w:rsidR="000F1156" w:rsidRPr="00EF1826" w:rsidRDefault="00AF66BE" w:rsidP="00EF182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0F1156" w:rsidRPr="00EF1826" w:rsidRDefault="00AF66BE" w:rsidP="00EF1826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F1156" w:rsidRPr="00EF1826" w:rsidRDefault="000F1156" w:rsidP="00EF1826">
      <w:pPr>
        <w:rPr>
          <w:lang w:val="ru-RU"/>
        </w:rPr>
        <w:sectPr w:rsidR="000F1156" w:rsidRPr="00EF1826" w:rsidSect="00A331A6">
          <w:pgSz w:w="11900" w:h="16840"/>
          <w:pgMar w:top="298" w:right="830" w:bottom="384" w:left="666" w:header="720" w:footer="720" w:gutter="0"/>
          <w:cols w:space="720" w:equalWidth="0">
            <w:col w:w="10404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114" w:line="220" w:lineRule="exact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Самоконтроль:</w:t>
      </w:r>
    </w:p>
    <w:p w:rsidR="000F1156" w:rsidRPr="00EF1826" w:rsidRDefault="00AF66BE" w:rsidP="00EF1826">
      <w:pPr>
        <w:autoSpaceDE w:val="0"/>
        <w:autoSpaceDN w:val="0"/>
        <w:spacing w:before="178" w:after="0" w:line="262" w:lineRule="auto"/>
        <w:ind w:left="420" w:right="1296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:rsidR="000F1156" w:rsidRPr="00EF1826" w:rsidRDefault="00AF66BE" w:rsidP="00EF182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F1156" w:rsidRPr="00EF1826" w:rsidRDefault="00AF66BE" w:rsidP="00EF182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F1156" w:rsidRPr="00EF1826" w:rsidRDefault="00AF66BE" w:rsidP="00EF1826">
      <w:pPr>
        <w:autoSpaceDE w:val="0"/>
        <w:autoSpaceDN w:val="0"/>
        <w:spacing w:before="324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F1156" w:rsidRPr="00EF1826" w:rsidRDefault="00AF66BE" w:rsidP="00EF1826">
      <w:pPr>
        <w:autoSpaceDE w:val="0"/>
        <w:autoSpaceDN w:val="0"/>
        <w:spacing w:before="264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вычисления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координатной (числовой) прямой.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Выполнять проверку, прикидку результата вычислений.</w:t>
      </w:r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Округлять натуральные числа.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F1826">
        <w:rPr>
          <w:lang w:val="ru-RU"/>
        </w:rPr>
        <w:tab/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Использовать краткие записи, схемы, таблицы, обозначения при решении задач.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и-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чины через другие.</w:t>
      </w:r>
    </w:p>
    <w:p w:rsidR="000F1156" w:rsidRPr="00EF1826" w:rsidRDefault="00AF66BE" w:rsidP="00EF1826">
      <w:pPr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F1156" w:rsidRPr="00EF1826" w:rsidRDefault="00AF66BE" w:rsidP="00EF1826">
      <w:pPr>
        <w:autoSpaceDE w:val="0"/>
        <w:autoSpaceDN w:val="0"/>
        <w:spacing w:before="262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EF1826">
        <w:rPr>
          <w:lang w:val="ru-RU"/>
        </w:rPr>
        <w:tab/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F1826">
        <w:rPr>
          <w:lang w:val="ru-RU"/>
        </w:rPr>
        <w:tab/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Использовать свойства сторон и углов прямоугольника, квадрата для их построения, вычисления</w:t>
      </w:r>
    </w:p>
    <w:p w:rsidR="000F1156" w:rsidRPr="00EF1826" w:rsidRDefault="000F1156" w:rsidP="00EF1826">
      <w:pPr>
        <w:rPr>
          <w:lang w:val="ru-RU"/>
        </w:rPr>
        <w:sectPr w:rsidR="000F1156" w:rsidRPr="00EF1826" w:rsidSect="00A331A6">
          <w:pgSz w:w="11900" w:h="16840"/>
          <w:pgMar w:top="334" w:right="774" w:bottom="332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0F1156" w:rsidRPr="00EF1826" w:rsidRDefault="000F1156" w:rsidP="00EF1826">
      <w:pPr>
        <w:autoSpaceDE w:val="0"/>
        <w:autoSpaceDN w:val="0"/>
        <w:spacing w:after="66" w:line="220" w:lineRule="exact"/>
        <w:rPr>
          <w:lang w:val="ru-RU"/>
        </w:rPr>
      </w:pPr>
    </w:p>
    <w:p w:rsidR="000F1156" w:rsidRPr="00EF1826" w:rsidRDefault="00AF66BE" w:rsidP="00EF1826">
      <w:pPr>
        <w:autoSpaceDE w:val="0"/>
        <w:autoSpaceDN w:val="0"/>
        <w:spacing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площади и периметра.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F1826">
        <w:rPr>
          <w:lang w:val="ru-RU"/>
        </w:rPr>
        <w:tab/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0F1156" w:rsidRPr="00EF1826" w:rsidRDefault="00AF66BE" w:rsidP="00EF182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F1826">
        <w:rPr>
          <w:lang w:val="ru-RU"/>
        </w:rPr>
        <w:tab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F1156" w:rsidRPr="00EF1826" w:rsidRDefault="00AF66BE" w:rsidP="00EF182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F1156" w:rsidRPr="00EF1826" w:rsidRDefault="000F1156" w:rsidP="00EF1826">
      <w:pPr>
        <w:rPr>
          <w:lang w:val="ru-RU"/>
        </w:rPr>
        <w:sectPr w:rsidR="000F1156" w:rsidRPr="00EF1826" w:rsidSect="00A331A6">
          <w:pgSz w:w="11900" w:h="16840"/>
          <w:pgMar w:top="286" w:right="834" w:bottom="1440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4" w:line="220" w:lineRule="exact"/>
        <w:rPr>
          <w:lang w:val="ru-RU"/>
        </w:rPr>
      </w:pPr>
    </w:p>
    <w:p w:rsidR="000F1156" w:rsidRDefault="00AF66BE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EF182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№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Дата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4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0F1156" w:rsidRPr="00EF1826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EF1826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16"/>
                <w:lang w:val="ru-RU"/>
              </w:rPr>
              <w:t>Натуральные числа. Действия с натуральными числами</w:t>
            </w:r>
          </w:p>
        </w:tc>
      </w:tr>
      <w:tr w:rsidR="000F1156" w:rsidRPr="00EF182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Десятичная система счисления.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01.09.2022 02.09.2022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Читать, записывать, сравнивать натуральные числа; предлагать и обсуждать способы упорядочивания чисел;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8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https://resh.edu.ru/subject/lesson/7721/start/287636/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Ряд натуральных чисел.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03.09.2022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Читать, записывать, сравнивать натуральные числа; предлагать и обсуждать способы упорядочивания чисел;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9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https://resh.edu.ru/subject/lesson/7719/start/316201/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Натуральный ряд.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10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https://resh.edu.ru/subject/lesson/7719/start/316201/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Число 0.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242584" w:rsidRDefault="00E439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06.09.2022 08.09.2022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11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/7719/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/316201/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Натуральные числа на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координатной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 прямой.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09.09.2022 13.09.2022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Изображать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координатную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прямую, отмечать числа точками на координатной прямой, находить координаты точки;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12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https://resh.edu.ru/subject/lesson/7719/start/316201/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Сравнение, округление натуральныхчисел.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15.09.2022 19.09.2022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Использовать правило округления натуральных чисел;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13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https://resh.edu.ru/subject/lesson/7718/start/316232/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8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20.09.2022 23.09.2022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14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https://resh.edu.ru/subject/12/5/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94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24.09.2022 26.09.2022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15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https://resh.edu.ru/subject/lesson/7723/start/272294/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C3209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Переместительное и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сочетательное свойства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сложения и умножения,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распределительное свойство умножения.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7361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27.09.2022 01.10.2022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86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C3209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en-AU"/>
              </w:rPr>
            </w:pPr>
            <w:r w:rsidRPr="00C3209B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Устный опрос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1826" w:rsidRPr="00CC6565" w:rsidRDefault="009F0D7C">
            <w:pPr>
              <w:autoSpaceDE w:val="0"/>
              <w:autoSpaceDN w:val="0"/>
              <w:spacing w:before="78" w:after="0" w:line="372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en-AU"/>
              </w:rPr>
            </w:pPr>
            <w:hyperlink r:id="rId16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/7723/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/272294/</w:t>
              </w:r>
            </w:hyperlink>
          </w:p>
          <w:p w:rsidR="000F1156" w:rsidRPr="00CC6565" w:rsidRDefault="00AF66BE">
            <w:pPr>
              <w:autoSpaceDE w:val="0"/>
              <w:autoSpaceDN w:val="0"/>
              <w:spacing w:before="78" w:after="0" w:line="372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en-AU"/>
              </w:rPr>
            </w:pPr>
            <w:r w:rsidRPr="00CC656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en-AU"/>
              </w:rPr>
              <w:t xml:space="preserve"> </w:t>
            </w:r>
            <w:hyperlink r:id="rId17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/7722/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CC6565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en-AU"/>
                </w:rPr>
                <w:t>/287667/</w:t>
              </w:r>
            </w:hyperlink>
          </w:p>
          <w:p w:rsidR="00EF1826" w:rsidRPr="00CC6565" w:rsidRDefault="00EF1826">
            <w:pPr>
              <w:autoSpaceDE w:val="0"/>
              <w:autoSpaceDN w:val="0"/>
              <w:spacing w:before="78" w:after="0" w:line="372" w:lineRule="auto"/>
              <w:jc w:val="center"/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0F1156" w:rsidRPr="00EF1826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Делители и кратные числа, разложение числа на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множители.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03.10.2022 08.10.2022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18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https://resh.edu.ru/subject/lesson/7748/start/233487/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0F1156" w:rsidRPr="00EF1826" w:rsidRDefault="000F1156">
      <w:pPr>
        <w:rPr>
          <w:rFonts w:ascii="Times New Roman" w:hAnsi="Times New Roman" w:cs="Times New Roman"/>
        </w:rPr>
        <w:sectPr w:rsidR="000F1156" w:rsidRPr="00EF1826" w:rsidSect="00A331A6">
          <w:pgSz w:w="16840" w:h="11901" w:orient="landscape"/>
          <w:pgMar w:top="284" w:right="641" w:bottom="584" w:left="663" w:header="720" w:footer="720" w:gutter="0"/>
          <w:cols w:space="720" w:equalWidth="0">
            <w:col w:w="15479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EF182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Деление с остатком.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B6AD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10.10.2022 13.10.2022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19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https://resh.edu.ru/subject/lesson/7709/start/325151/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14.10.2022 17.10.2022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20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https://resh.edu.ru/subject/lesson/7749/start/313626/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Признаки делимости на 2, 5, 10, 3, 9.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B6AD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18.10.2022 20.10.2022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21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https://resh.edu.ru/subject/lesson/7748/start/233487/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21.10.2022 24.10.2022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Записывать произведение в виде степени, читать степени,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использовать терминологию </w:t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(основание, показатель), вычислять значения степеней;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22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https://resh.edu.ru/subject/lesson/7713/start/272325/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Числовые выражения; порядок действий.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25.10.2022 27.10.2022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Выполнять прикидку и оценку значений числовых выражений, предлагать и применять приёмы проверки вычислений;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-</w:t>
            </w:r>
          </w:p>
        </w:tc>
      </w:tr>
      <w:tr w:rsidR="000F1156" w:rsidRPr="009F0D7C">
        <w:trPr>
          <w:trHeight w:hRule="exact" w:val="13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1.16.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28.10.2022 08.11.2022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Решать текстовые задачи арифметическим способом,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использовать зависимости между величинами (скорость, время, расстояние; цена, количество, стоимость и др.): анализировать и осмысливать текст задачи, переформулировать условие,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извлекать необходимые данные, устанавливать зависимости между величинами, строить логическую цепочку рассуждений;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23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/7711/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/311996/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348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EF1826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16"/>
                <w:lang w:val="ru-RU"/>
              </w:rPr>
              <w:t>Наглядная геометрия. Линии на плоскости</w:t>
            </w:r>
          </w:p>
        </w:tc>
      </w:tr>
      <w:tr w:rsidR="000F1156" w:rsidRPr="00EF182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10.11.2022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описывать, используя терминологию, и изображать с помощью чертёжных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инструментов: точку, прямую, отрезок, луч, угол, ломаную, окружность;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24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https://resh.edu.ru/subject/lesson/7741/start/312461/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Ломаная.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11.11.2022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описывать, используя терминологию, и изображать с помощью чертёжных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инструментов: точку, прямую, отрезок, луч, угол, ломаную, окружность;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25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/7741/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/312461/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Измерение длины отрезка, метрические единицы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измерения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12.11.2022 14.11.2022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Вычислять длины отрезков, ломаных;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26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https://resh.edu.ru/subject/lesson/7741/start/312461/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15.11.2022 17.11.2022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описывать, используя терминологию, и изображать с помощью чертёжных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инструментов: точку, прямую, отрезок, луч, угол, ломаную, окружность;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27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/7736/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/312523/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  <w:lang w:val="ru-RU"/>
        </w:rPr>
      </w:pPr>
    </w:p>
    <w:p w:rsidR="000F1156" w:rsidRPr="00EF1826" w:rsidRDefault="000F1156">
      <w:pPr>
        <w:rPr>
          <w:rFonts w:ascii="Times New Roman" w:hAnsi="Times New Roman" w:cs="Times New Roman"/>
          <w:lang w:val="ru-RU"/>
        </w:rPr>
        <w:sectPr w:rsidR="000F1156" w:rsidRPr="00EF1826" w:rsidSect="00A331A6">
          <w:pgSz w:w="16840" w:h="11901" w:orient="landscape"/>
          <w:pgMar w:top="284" w:right="641" w:bottom="380" w:left="663" w:header="720" w:footer="720" w:gutter="0"/>
          <w:cols w:space="720" w:equalWidth="0">
            <w:col w:w="15275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EF182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«П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остроение узора из окружностей».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18.11.2022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построения и измерения: измерять длину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, величину угла; строить отрезок заданной длины, угол, заданной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величины; откладывать циркулем равные отрезки, строить окружность заданного радиуса;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28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https://resh.edu.ru/subject/lesson/7736/start/312523/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Угол.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19.11.2022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Распознавать и изображать на нелинованной и клетчатой бумаге прямой, острый, тупой, развёрнутый углы; сравнивать углы;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29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/7735/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/234882/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1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построения и измерения: измерять длину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, величину угла; строить отрезок заданной длины, угол, заданной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величины; откладывать циркулем равные отрезки, строить окружность заданного радиуса;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30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/7735/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/234882/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Измерение углов.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22.11.2022 24.11.2022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построения и измерения: измерять длину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, величину угла; строить отрезок заданной длины, угол, заданной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величины; откладывать циркулем равные отрезки, строить окружность заданного радиуса;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31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/7735/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/234882/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«Построение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углов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»П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рактическая работа«Построение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25.11.2022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Распознавать и изображать на нелинованной и клетчатой бумаге прямой, острый, тупой, развёрнутый углы; сравнивать углы;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32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https://resh.edu.ru/subject/lesson/7735/start/234882/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348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48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Раздел 3. </w:t>
            </w:r>
            <w:r w:rsidRPr="00EF1826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16"/>
              </w:rPr>
              <w:t>Обыкновенные дроби</w:t>
            </w:r>
          </w:p>
        </w:tc>
      </w:tr>
      <w:tr w:rsidR="000F1156" w:rsidRPr="00EF182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Дробь.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26.11.2022 29.11.2022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Читать и записывать, сравнивать обыкновенные дроби,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предлагать, обосновывать и обсуждать способы упорядочивания дробей;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Изображать обыкновенные дроби точками на координатной прямой; использовать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координатную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прямую для сравнения дробей;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33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https://resh.edu.ru/subject/lesson/7782/start/313719/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Правильные и неправильные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01.12.2022 05.12.2022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Читать и записывать, сравнивать обыкновенные дроби,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предлагать, обосновывать и обсуждать способы упорядочивания дробей;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34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https://resh.edu.ru/subject/lesson/7781/start/269488/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Основноесвойство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06.12.2022 10.12.2022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знаменателю;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35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/7781/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/269488</w:t>
              </w:r>
            </w:hyperlink>
          </w:p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  <w:lang w:val="ru-RU"/>
        </w:rPr>
      </w:pPr>
    </w:p>
    <w:p w:rsidR="000F1156" w:rsidRPr="00EF1826" w:rsidRDefault="000F1156">
      <w:pPr>
        <w:rPr>
          <w:rFonts w:ascii="Times New Roman" w:hAnsi="Times New Roman" w:cs="Times New Roman"/>
          <w:lang w:val="ru-RU"/>
        </w:rPr>
        <w:sectPr w:rsidR="000F1156" w:rsidRPr="00EF1826" w:rsidSect="00A331A6">
          <w:pgSz w:w="16840" w:h="11901" w:orient="landscape"/>
          <w:pgMar w:top="284" w:right="641" w:bottom="471" w:left="663" w:header="720" w:footer="720" w:gutter="0"/>
          <w:cols w:space="720" w:equalWidth="0">
            <w:col w:w="15365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9F0D7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Сравнение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12.12.2022 15.12.2022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Читать и записывать, сравнивать обыкновенные дроби,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предлагать, обосновывать и обсуждать способы упорядочивания дробей;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знаменателю;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hyperlink r:id="rId36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://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resh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edu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.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ru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subject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lesson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/7776/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start</w:t>
              </w:r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  <w:lang w:val="ru-RU"/>
                </w:rPr>
                <w:t>/233239/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16.12.2022 23.12.2022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/7774/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/313297/"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/7774/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/313297/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Смешанная дробь.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24.12.2022 13.01.2023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Представлять смешанную дробь в виде неправильной и выделять целую часть числа из неправильной дроби;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/7761/</w:instrText>
            </w:r>
            <w:r>
              <w:instrText>star</w:instrText>
            </w:r>
            <w:r>
              <w:instrText>t</w:instrText>
            </w:r>
            <w:r w:rsidRPr="009F0D7C">
              <w:rPr>
                <w:lang w:val="ru-RU"/>
              </w:rPr>
              <w:instrText xml:space="preserve">/288262/"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/7761/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/288262/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Умножение и деление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14.01.2023 24.01.2023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обыкновенными дробями; применять свойства арифметических действий для рационализации вычислений;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Выполнять прикидку и оценку результата вычислений; предлагать и применять приёмы проверки вычислений;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/7769/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/290790/"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/7769/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/290790/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Решение текстовых задач, 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со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 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26.01.2023 30.01.2023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Решать текстовые задачи, содержащие дробные данные, и задачи на нахождение части целого и целого по его части; выявлять их сходства и различия;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Моделировать ход решения задачи с помощью рисунка, схемы, таблицы;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/7780/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/287889/"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/7780/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/287889/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31.01.2023 06.02.2023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Решать текстовые задачи, содержащие дробные данные, и задачи на нахождение части целого и целого по его части; выявлять их сходства и различия;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/7780/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/287889/"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/7780/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/287889/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8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07.02.2023 11.02.2023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Моделировать в графической, предметной форме, с помощью компьютера понятия и свойства, связанные с обыкновенной дробью;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знаменателю;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/7784/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/233301/"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/7784/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/233301/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  <w:lang w:val="ru-RU"/>
        </w:rPr>
      </w:pPr>
    </w:p>
    <w:p w:rsidR="000F1156" w:rsidRPr="00EF1826" w:rsidRDefault="000F1156">
      <w:pPr>
        <w:rPr>
          <w:rFonts w:ascii="Times New Roman" w:hAnsi="Times New Roman" w:cs="Times New Roman"/>
          <w:lang w:val="ru-RU"/>
        </w:rPr>
        <w:sectPr w:rsidR="000F1156" w:rsidRPr="00EF1826" w:rsidSect="00A331A6">
          <w:pgSz w:w="16840" w:h="11901" w:orient="landscape"/>
          <w:pgMar w:top="284" w:right="641" w:bottom="408" w:left="663" w:header="720" w:footer="720" w:gutter="0"/>
          <w:cols w:space="720" w:equalWidth="0">
            <w:col w:w="15299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EF1826">
        <w:trPr>
          <w:trHeight w:hRule="exact" w:val="348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Раздел 4. </w:t>
            </w:r>
            <w:r w:rsidRPr="00EF1826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16"/>
              </w:rPr>
              <w:t>Наглядная геометрия. Многоугольники</w:t>
            </w:r>
          </w:p>
        </w:tc>
      </w:tr>
      <w:tr w:rsidR="000F1156" w:rsidRPr="00EF182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13.02.2023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Описывать, используя терминологию, изображать с помощью чертёжных инструментов и от руки, моделировать из бумаги многоугольники;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Приводить примеры объектов реального мира, имеющих форму многоугольника, прямоугольника, квадрата, треугольника, оценивать их линейные размеры;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182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37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https://resh.edu.ru/subject/lesson/7733/start/233518</w:t>
              </w:r>
            </w:hyperlink>
          </w:p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/</w:t>
            </w:r>
          </w:p>
        </w:tc>
      </w:tr>
      <w:tr w:rsidR="000F1156" w:rsidRPr="009F0D7C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Четырёхугольник,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прямоугольник, квадрат.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14.02.2023 16.02.2023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Строить на нелинованной и клетчатой бумаге квадрат и прямоугольник с заданными длинами сторон;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многоугольниках, приводить примеры и контрпримеры;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/7733/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/233518/"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/7733/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/233518/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«Построение прямоугольника с заданными сторонами на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нелинованной бумаге».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17.02.2023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4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Строить на нелинованной и клетчатой бумаге квадрат и прямоугольник с заданными длинами сторон;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Исследовать свойства прямоугольника, квадрата путём эксперимента, наблюдения, измерения, моделирования; сравнивать свойства квадрата и прямоугольника;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Решать задачи из реальной жизни, предлагать и обсуждать различные способы решения задач;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38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https://resh.edu.ru/subject/lesson/7733/start/233518/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Треугольник.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18.02.2023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Изображать остроугольные, прямоугольные и тупоугольные треугольники;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/7734/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/234913/"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/7734/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/234913/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32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Площадь и периметр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прямоугольника и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многоугольников,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составленных из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прямоугольников, единицы измерения площади.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20.02.2023 23.02.2023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Вычислять: периметр треугольника, прямоугольника,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многоугольника; площадь прямоугольника, квадрата;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Исследовать зависимость площади квадрата от длины его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стороны;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Использовать свойства квадратной сетки для построения фигур; разбивать прямоугольник на квадраты, треугольники;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составлять фигуры из квадратов и прямоугольников и находить их площадь, разбивать фигуры на прямоугольники и квадраты и находить их площадь;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Выражать величину площади в различных единицах измерения метрической системы мер, понимать и использовать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зависимости между метрическими единицами измерения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площади;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Знакомиться с примерами применения площади и периметра в практических ситуациях;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39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https://resh.edu.ru/subject/lesson/7733/start/233518/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C3209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Периметр много</w:t>
            </w:r>
            <w:r w:rsidR="00AF66BE"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24.02.2023 25.02.2023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Вычислять: периметр треугольника, прямоугольника, многоугольника; площадь прямоугольника, квадрата;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Контрольная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40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https://resh.edu.ru/subject/lesson/7733/start/233518/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348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Раздел 5.</w:t>
            </w:r>
            <w:r w:rsidRPr="00EF1826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16"/>
              </w:rPr>
              <w:t xml:space="preserve">Десятичные дроби </w:t>
            </w: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0F1156" w:rsidRPr="00EF1826" w:rsidRDefault="000F1156">
      <w:pPr>
        <w:rPr>
          <w:rFonts w:ascii="Times New Roman" w:hAnsi="Times New Roman" w:cs="Times New Roman"/>
        </w:rPr>
        <w:sectPr w:rsidR="000F1156" w:rsidRPr="00EF1826" w:rsidSect="00A331A6">
          <w:pgSz w:w="16840" w:h="11901" w:orient="landscape"/>
          <w:pgMar w:top="284" w:right="641" w:bottom="278" w:left="663" w:header="720" w:footer="720" w:gutter="0"/>
          <w:cols w:space="720" w:equalWidth="0">
            <w:col w:w="15173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0" w:line="110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5502"/>
      </w:tblGrid>
      <w:tr w:rsidR="000F1156" w:rsidRPr="00EF1826">
        <w:trPr>
          <w:trHeight w:hRule="exact" w:val="348"/>
        </w:trPr>
        <w:tc>
          <w:tcPr>
            <w:tcW w:w="1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</w:tbl>
    <w:p w:rsidR="000F1156" w:rsidRPr="00EF1826" w:rsidRDefault="000F1156">
      <w:pPr>
        <w:autoSpaceDE w:val="0"/>
        <w:autoSpaceDN w:val="0"/>
        <w:spacing w:after="0" w:line="336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EF1826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27.02.2023 02.03.2023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Представлять десятичную дробь в виде обыкновенной, читать и записывать, сравнивать десятичные дроби, предлагать,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обосновывать и обсуждать способы упорядочивания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десятичных дробей;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Изображать десятичные дроби точками на координатной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прямой;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Распознавать истинные и ложные высказывания о дробях, приводить примеры и контрпримеры, строить высказывания и отрицания высказываний;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41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https://resh.edu.ru/subject/lesson/704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Сравнение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03.03.2023 06.03.2023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Представлять десятичную дробь в виде обыкновенной, читать и записывать, сравнивать десятичные дроби, предлагать,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обосновывать и обсуждать способы упорядочивания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десятичных дробей;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Оперировать дробными числами в реальных жизненных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ситуациях;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Тестирование;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 xml:space="preserve">/718/"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/718/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3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07.03.2023 10.04.2023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Выявлять сходства и различия правил арифметических действий с натуральными числами и десятичными дробями, объяснять их; Выполнять арифметические действия с десятичными дробями; выполнять прикидку и оценку результата вычислений;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Применять свойства арифметических действий для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рационализации вычислений;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 xml:space="preserve">/719/"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/719/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.5.4.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11.04.2023 15.04.2023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десятичными дробями; выполнять прикидку и оценку результата вычислений;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Применять правило округления десятичных дробей;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 xml:space="preserve">/27/"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/27/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17.04.2023 22.04.2023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Решать текстовые задачи, содержащие дробные данные, и на нахождение части целого и целого по его части; выявлять их сходства и различия;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рисунка, схемы, таблицы. </w:t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Приводить, разбирать, оценивать различные решения, записи решений текстовых задач;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 xml:space="preserve">/721/"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/721/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24.04.2023 28.04.2023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Решать текстовые задачи, содержащие дробные данные, и на нахождение части целого и целого по его части; выявлять их сходства и различия;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рисунка, схемы, таблицы. </w:t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Приводить, разбирать, оценивать различные решения, записи решений текстовых задач;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Контрольная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42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https://resh.edu.ru/subject/lesson/721/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348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16"/>
                <w:lang w:val="ru-RU"/>
              </w:rPr>
              <w:t xml:space="preserve">Раздел 6. Наглядная геометрия. Тела и фигуры в пространстве </w:t>
            </w: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  <w:lang w:val="ru-RU"/>
        </w:rPr>
      </w:pPr>
    </w:p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  <w:lang w:val="ru-RU"/>
        </w:rPr>
      </w:pPr>
    </w:p>
    <w:p w:rsidR="000F1156" w:rsidRPr="00EF1826" w:rsidRDefault="000F1156">
      <w:pPr>
        <w:rPr>
          <w:rFonts w:ascii="Times New Roman" w:hAnsi="Times New Roman" w:cs="Times New Roman"/>
          <w:lang w:val="ru-RU"/>
        </w:rPr>
        <w:sectPr w:rsidR="000F1156" w:rsidRPr="00EF1826" w:rsidSect="00A331A6">
          <w:pgSz w:w="16840" w:h="11901" w:orient="landscape"/>
          <w:pgMar w:top="113" w:right="641" w:bottom="709" w:left="663" w:header="720" w:footer="720" w:gutter="0"/>
          <w:cols w:space="720" w:equalWidth="0">
            <w:col w:w="15599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EF182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Многогранники.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29.04.2023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мира, имеющих форму многогранника, прямоугольного параллелепипеда, куба;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многогранниках, приводить примеры и контрпримеры, строить высказывания и отрицания высказываний;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43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https://resh.edu.ru/subject/lesson/7731/start/325368/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Изображение многогранников.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01.05.2023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в окружающем мире прямоугольный параллелепипед, куб, многогранники,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описывать, используя терминологию, оценивать линейные размеры;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Приводить примеры объектов реального мира, имеющих форму многогранника, прямоугольного параллелепипеда, куба;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44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https://resh.edu.ru/subject/lesson/7731/start/325368/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02.05.2023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в окружающем мире прямоугольный параллелепипед, куб, многогранники,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описывать, используя терминологию, оценивать линейные размеры;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мира, имеющих форму многогранника, прямоугольного параллелепипеда, куба;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многогранниках, приводить примеры и контрпримеры, строить высказывания и отрицания высказываний;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/7731/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/325368/"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/7731/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/325368/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9F0D7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 xml:space="preserve">Прямоугольный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параллелепипед, куб.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04.05.2023 05.05.2023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Изображать куб на клетчатой бумаге;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Исследовать свойства куба, прямоугольного параллелепипеда, многогранников, используя модели;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ценочного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/7731/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/325368/"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/7731/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/325368/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right="864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Развёртки куба и параллелепипеда.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06.05.2023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Исследовать свойства куба, прямоугольного параллелепипеда, многогранников, используя модели;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параллелепипеда; Моделировать куб и параллелепипед из бумаги и прочих материалов, объяснять способ моделирования;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45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https://resh.edu.ru/subject/lesson/7731/start/325368/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6.6..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Практическая работа«Развёртка куба».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08.05.2023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</w:pPr>
            <w:hyperlink r:id="rId46" w:history="1">
              <w:r w:rsidR="00EF1826" w:rsidRPr="000B756D">
                <w:rPr>
                  <w:rStyle w:val="aff8"/>
                  <w:rFonts w:ascii="Times New Roman" w:eastAsia="Times New Roman" w:hAnsi="Times New Roman" w:cs="Times New Roman"/>
                  <w:w w:val="97"/>
                  <w:sz w:val="16"/>
                </w:rPr>
                <w:t>https://resh.edu.ru/subject/lesson/7731/start/325368/</w:t>
              </w:r>
            </w:hyperlink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56" w:rsidRPr="009F0D7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09.05.2023 11.05.2023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Находить измерения, вычислять площадь поверхности; объём куба, прямоугольного параллелепипеда; исследовать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зависимость объёма куба от длины его ребра, выдвигать и обосновывать гипотезу;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Наблюдать и проводить аналогии между понятиями площади и объёма, периметра и площади поверхности;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/7730/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/272360/"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/7730/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/272360/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350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328"/>
        </w:trPr>
        <w:tc>
          <w:tcPr>
            <w:tcW w:w="10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Раздел 7. </w:t>
            </w:r>
            <w:r w:rsidRPr="00EF1826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16"/>
              </w:rPr>
              <w:t>Повторение и обобщение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0F1156" w:rsidRPr="00EF1826" w:rsidRDefault="000F1156">
      <w:pPr>
        <w:rPr>
          <w:rFonts w:ascii="Times New Roman" w:hAnsi="Times New Roman" w:cs="Times New Roman"/>
        </w:rPr>
        <w:sectPr w:rsidR="000F1156" w:rsidRPr="00EF1826" w:rsidSect="00A331A6">
          <w:pgSz w:w="16840" w:h="11901" w:orient="landscape"/>
          <w:pgMar w:top="284" w:right="641" w:bottom="924" w:left="663" w:header="720" w:footer="720" w:gutter="0"/>
          <w:cols w:space="720" w:equalWidth="0">
            <w:col w:w="15815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46"/>
        <w:gridCol w:w="528"/>
        <w:gridCol w:w="1104"/>
        <w:gridCol w:w="1142"/>
        <w:gridCol w:w="864"/>
        <w:gridCol w:w="4490"/>
        <w:gridCol w:w="1236"/>
        <w:gridCol w:w="3424"/>
      </w:tblGrid>
      <w:tr w:rsidR="000F1156" w:rsidRPr="009F0D7C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 xml:space="preserve">Повторение основных понятий и методов курса 5 класса,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221F1F"/>
                <w:w w:val="97"/>
                <w:sz w:val="16"/>
                <w:lang w:val="ru-RU"/>
              </w:rPr>
              <w:t>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12.05.2023 24.05.2023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Вычислять значения выражений, содержащих натуральные числа, обыкновенные и десятичные дроби, выполнять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преобразования чисел;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Выбирать способ сравнения чисел, вычислений, применять свойства арифметических действий для рационализации вычислений;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Осуществлять самоконтроль выполняемых действий и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самопроверку результата вычислений;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Решать задачи из реальной жизни, применять математические знания для решения задач из других учебных предметов; Решать задачи разными способами, сравнивать способы решения задачи, выбирать рациональный способ;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EF1826">
              <w:rPr>
                <w:rFonts w:ascii="Times New Roman" w:hAnsi="Times New Roman" w:cs="Times New Roman"/>
                <w:lang w:val="ru-RU"/>
              </w:rPr>
              <w:br/>
            </w: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9F0D7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fldChar w:fldCharType="begin"/>
            </w:r>
            <w:r w:rsidRPr="009F0D7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0D7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0D7C">
              <w:rPr>
                <w:lang w:val="ru-RU"/>
              </w:rPr>
              <w:instrText>://</w:instrText>
            </w:r>
            <w:r>
              <w:instrText>resh</w:instrText>
            </w:r>
            <w:r w:rsidRPr="009F0D7C">
              <w:rPr>
                <w:lang w:val="ru-RU"/>
              </w:rPr>
              <w:instrText>.</w:instrText>
            </w:r>
            <w:r>
              <w:instrText>edu</w:instrText>
            </w:r>
            <w:r w:rsidRPr="009F0D7C">
              <w:rPr>
                <w:lang w:val="ru-RU"/>
              </w:rPr>
              <w:instrText>.</w:instrText>
            </w:r>
            <w:r>
              <w:instrText>ru</w:instrText>
            </w:r>
            <w:r w:rsidRPr="009F0D7C">
              <w:rPr>
                <w:lang w:val="ru-RU"/>
              </w:rPr>
              <w:instrText>/</w:instrText>
            </w:r>
            <w:r>
              <w:instrText>subject</w:instrText>
            </w:r>
            <w:r w:rsidRPr="009F0D7C">
              <w:rPr>
                <w:lang w:val="ru-RU"/>
              </w:rPr>
              <w:instrText>/</w:instrText>
            </w:r>
            <w:r>
              <w:instrText>lesson</w:instrText>
            </w:r>
            <w:r w:rsidRPr="009F0D7C">
              <w:rPr>
                <w:lang w:val="ru-RU"/>
              </w:rPr>
              <w:instrText>/7789/</w:instrText>
            </w:r>
            <w:r>
              <w:instrText>start</w:instrText>
            </w:r>
            <w:r w:rsidRPr="009F0D7C">
              <w:rPr>
                <w:lang w:val="ru-RU"/>
              </w:rPr>
              <w:instrText xml:space="preserve">/266057/" </w:instrText>
            </w:r>
            <w:r>
              <w:fldChar w:fldCharType="separate"/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https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://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resh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edu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.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ru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subject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lesson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/7789/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</w:rPr>
              <w:t>start</w:t>
            </w:r>
            <w:r w:rsidR="00EF1826" w:rsidRPr="000B756D"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t>/266057/</w:t>
            </w:r>
            <w:r>
              <w:rPr>
                <w:rStyle w:val="aff8"/>
                <w:rFonts w:ascii="Times New Roman" w:eastAsia="Times New Roman" w:hAnsi="Times New Roman" w:cs="Times New Roman"/>
                <w:w w:val="97"/>
                <w:sz w:val="16"/>
                <w:lang w:val="ru-RU"/>
              </w:rPr>
              <w:fldChar w:fldCharType="end"/>
            </w:r>
          </w:p>
          <w:p w:rsidR="00EF1826" w:rsidRPr="00EF1826" w:rsidRDefault="00EF182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F1156" w:rsidRPr="00EF1826">
        <w:trPr>
          <w:trHeight w:hRule="exact" w:val="348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  <w:tr w:rsidR="000F1156" w:rsidRPr="00EF1826">
        <w:trPr>
          <w:trHeight w:hRule="exact" w:val="520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92D19" w:rsidRDefault="00092D1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EF182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0F1156">
            <w:pPr>
              <w:rPr>
                <w:rFonts w:ascii="Times New Roman" w:hAnsi="Times New Roman" w:cs="Times New Roman"/>
              </w:rPr>
            </w:pP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6840" w:h="11901" w:orient="landscape"/>
          <w:pgMar w:top="284" w:right="641" w:bottom="1440" w:left="663" w:header="720" w:footer="720" w:gutter="0"/>
          <w:cols w:space="720" w:equalWidth="0">
            <w:col w:w="16333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76" w:line="220" w:lineRule="exact"/>
      </w:pPr>
    </w:p>
    <w:p w:rsidR="000F1156" w:rsidRDefault="00AF66BE">
      <w:pPr>
        <w:autoSpaceDE w:val="0"/>
        <w:autoSpaceDN w:val="0"/>
        <w:spacing w:after="302" w:line="233" w:lineRule="auto"/>
      </w:pPr>
      <w:r>
        <w:rPr>
          <w:rFonts w:ascii="Times New Roman" w:eastAsia="Times New Roman" w:hAnsi="Times New Roman"/>
          <w:b/>
          <w:color w:val="000000"/>
          <w:sz w:val="23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468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п/п</w:t>
            </w:r>
          </w:p>
        </w:tc>
        <w:tc>
          <w:tcPr>
            <w:tcW w:w="3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Тема урока</w:t>
            </w:r>
          </w:p>
        </w:tc>
        <w:tc>
          <w:tcPr>
            <w:tcW w:w="3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Количество часов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изучения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Виды, формы контроля</w:t>
            </w:r>
          </w:p>
        </w:tc>
      </w:tr>
      <w:tr w:rsidR="000F1156">
        <w:trPr>
          <w:trHeight w:hRule="exact" w:val="78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Default="000F1156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Default="000F1156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 xml:space="preserve">всего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контрольные работы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Default="000F1156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56" w:rsidRDefault="000F1156"/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68" w:right="432"/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Десятичная система записи натуральных чисел.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Римская нумерация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01.09.2022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68" w:right="432"/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Десятичная система записи натуральных чисел.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Римская нумерация.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02.09.2022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RPr="009F0D7C">
        <w:trPr>
          <w:trHeight w:hRule="exact" w:val="174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Ряд натуральных чисел и нуль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03.09.2022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81" w:lineRule="auto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 w:rsidRPr="009F0D7C">
        <w:trPr>
          <w:trHeight w:hRule="exact" w:val="174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Натуральный ряд.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05.09.2022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81" w:lineRule="auto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 w:rsidRPr="009F0D7C">
        <w:trPr>
          <w:trHeight w:hRule="exact" w:val="174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Число 0.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06.09.2022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81" w:lineRule="auto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7361C7" w:rsidRDefault="007361C7" w:rsidP="007361C7">
            <w:pPr>
              <w:autoSpaceDE w:val="0"/>
              <w:autoSpaceDN w:val="0"/>
              <w:spacing w:before="92" w:after="0" w:line="230" w:lineRule="auto"/>
              <w:rPr>
                <w:lang w:val="ru-RU"/>
              </w:rPr>
            </w:pPr>
            <w:r>
              <w:rPr>
                <w:lang w:val="ru-RU"/>
              </w:rPr>
              <w:t xml:space="preserve"> Число 0.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0711C0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0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08.09.2022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7361C7" w:rsidRDefault="00AF66BE" w:rsidP="007361C7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</w:t>
            </w:r>
            <w:r w:rsidR="007361C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="007361C7">
              <w:rPr>
                <w:rFonts w:ascii="Times New Roman" w:eastAsia="Times New Roman" w:hAnsi="Times New Roman"/>
                <w:color w:val="000000"/>
                <w:sz w:val="23"/>
              </w:rPr>
              <w:t xml:space="preserve">Устный опрос; Письменный </w:t>
            </w:r>
            <w:r w:rsidR="007361C7">
              <w:br/>
            </w:r>
            <w:r w:rsidR="007361C7">
              <w:rPr>
                <w:rFonts w:ascii="Times New Roman" w:eastAsia="Times New Roman" w:hAnsi="Times New Roman"/>
                <w:color w:val="000000"/>
                <w:sz w:val="23"/>
              </w:rPr>
              <w:t>контроль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7361C7">
            <w:pPr>
              <w:autoSpaceDE w:val="0"/>
              <w:autoSpaceDN w:val="0"/>
              <w:spacing w:before="92" w:after="0" w:line="271" w:lineRule="auto"/>
              <w:ind w:left="68" w:right="112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="00AF66BE"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Натуральные числа на </w:t>
            </w:r>
            <w:proofErr w:type="gramStart"/>
            <w:r w:rsidR="00AF66BE"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координатной</w:t>
            </w:r>
            <w:proofErr w:type="gramEnd"/>
            <w:r w:rsidR="00AF66BE"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прямой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09.09.2022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6" w:after="0" w:line="262" w:lineRule="auto"/>
              <w:ind w:left="68"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Натуральные числа на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координатной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прямой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23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right="1008"/>
              <w:jc w:val="center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Натуральные числа на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координатной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прямой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83" w:lineRule="auto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Письменный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листа»;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ВПР;</w:t>
            </w: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lang w:val="ru-RU"/>
        </w:rPr>
      </w:pPr>
    </w:p>
    <w:p w:rsidR="000F1156" w:rsidRPr="00EF1826" w:rsidRDefault="000F1156">
      <w:pPr>
        <w:rPr>
          <w:lang w:val="ru-RU"/>
        </w:rPr>
        <w:sectPr w:rsidR="000F1156" w:rsidRPr="00EF1826" w:rsidSect="00A331A6">
          <w:pgSz w:w="11900" w:h="16840"/>
          <w:pgMar w:top="298" w:right="556" w:bottom="804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right="1008"/>
              <w:jc w:val="center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Натуральные числа на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координатной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прямой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Сравнение натуральных чисел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Округление натуральных чисел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Округление натуральных чисел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left="68" w:right="576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Контрольная работа №1 по теме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:"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Натуральные числа.</w:t>
            </w:r>
          </w:p>
          <w:p w:rsidR="000F1156" w:rsidRDefault="00AF66BE">
            <w:pPr>
              <w:autoSpaceDE w:val="0"/>
              <w:autoSpaceDN w:val="0"/>
              <w:spacing w:before="68" w:after="0" w:line="262" w:lineRule="auto"/>
              <w:ind w:left="68" w:right="100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Сравнение, округление натуральных чисел"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Арифметические действия с натуральными числами.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22.09.2022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74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23.09.2022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81" w:lineRule="auto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 w:right="286"/>
              <w:jc w:val="both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71" w:lineRule="auto"/>
              <w:ind w:left="68" w:right="286"/>
              <w:jc w:val="both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26.09.2022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Письменный контроль;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Переместительное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сочетательное свойства сложения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71" w:lineRule="auto"/>
              <w:ind w:left="68" w:right="864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Переместительное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сочетательное свойства  умножения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29.09.2022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Письменный контроль;</w:t>
            </w:r>
          </w:p>
        </w:tc>
      </w:tr>
      <w:tr w:rsidR="000F1156">
        <w:trPr>
          <w:trHeight w:hRule="exact" w:val="7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62" w:lineRule="auto"/>
              <w:ind w:left="68" w:right="43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Распределительное свойство умножения.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30.09.2022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786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 w:rsidTr="00C3209B">
        <w:trPr>
          <w:trHeight w:hRule="exact" w:val="185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7361C7">
            <w:pPr>
              <w:autoSpaceDE w:val="0"/>
              <w:autoSpaceDN w:val="0"/>
              <w:spacing w:before="92" w:after="0" w:line="283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="007361C7" w:rsidRPr="007361C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Переместительное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сочетательное свойства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сложения и умножения,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распределительное свойство умножения.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7361C7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01.10.2022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 w:rsidP="007361C7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</w:t>
            </w:r>
            <w:r w:rsidR="007361C7"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 w:rsidR="007361C7">
              <w:tab/>
            </w:r>
            <w:r w:rsidR="007361C7"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Делители и кратные числа.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03.10.2022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Делители и кратные числа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04.10.2022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Делители и кратные числа, </w:t>
            </w:r>
            <w:r w:rsidRPr="00EF1826">
              <w:rPr>
                <w:lang w:val="ru-RU"/>
              </w:rPr>
              <w:br/>
            </w:r>
            <w:r w:rsidRPr="00A9437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разложение числа на</w:t>
            </w:r>
            <w:r w:rsidRPr="00A94376">
              <w:rPr>
                <w:rFonts w:ascii="Times New Roman" w:eastAsia="Times New Roman" w:hAnsi="Times New Roman"/>
                <w:i/>
                <w:color w:val="000000"/>
                <w:sz w:val="23"/>
                <w:lang w:val="ru-RU"/>
              </w:rPr>
              <w:t xml:space="preserve"> множители.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06.10.2022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Делители и кратные числа, </w:t>
            </w:r>
            <w:r w:rsidRPr="00EF1826">
              <w:rPr>
                <w:lang w:val="ru-RU"/>
              </w:rPr>
              <w:br/>
            </w:r>
            <w:r w:rsidRPr="00A9437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разложение числа на множители.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07.10.2022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Делители и кратные числа, </w:t>
            </w:r>
            <w:r w:rsidRPr="00EF1826">
              <w:rPr>
                <w:lang w:val="ru-RU"/>
              </w:rPr>
              <w:br/>
            </w:r>
            <w:r w:rsidRPr="00A9437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разложение числа на множители.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08.10.2022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Деление с остатком.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Деление с остатком.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Tr="00C3209B">
        <w:trPr>
          <w:trHeight w:hRule="exact" w:val="85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 w:rsidRPr="00C3209B">
              <w:rPr>
                <w:rFonts w:ascii="Times New Roman" w:eastAsia="Times New Roman" w:hAnsi="Times New Roman"/>
                <w:sz w:val="23"/>
              </w:rPr>
              <w:t>31.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>Контрольная работа №2</w:t>
            </w:r>
            <w:r w:rsidRPr="00C3209B">
              <w:rPr>
                <w:lang w:val="ru-RU"/>
              </w:rPr>
              <w:br/>
              <w:t>Делители и кратные</w:t>
            </w: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 xml:space="preserve"> </w:t>
            </w: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EC277F" w:rsidRPr="00C3209B" w:rsidRDefault="00EC277F" w:rsidP="00EC560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>деление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 w:rsidRPr="00C3209B">
              <w:rPr>
                <w:rFonts w:ascii="Times New Roman" w:eastAsia="Times New Roman" w:hAnsi="Times New Roman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E96630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 w:rsidRPr="00C3209B">
              <w:rPr>
                <w:rFonts w:ascii="Times New Roman" w:eastAsia="Times New Roman" w:hAnsi="Times New Roman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 w:rsidRPr="00C3209B">
              <w:rPr>
                <w:rFonts w:ascii="Times New Roman" w:eastAsia="Times New Roman" w:hAnsi="Times New Roman"/>
                <w:sz w:val="23"/>
              </w:rPr>
              <w:t>13.10.2022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 w:rsidRPr="00C3209B">
              <w:rPr>
                <w:rFonts w:ascii="Times New Roman" w:eastAsia="Times New Roman" w:hAnsi="Times New Roman"/>
                <w:sz w:val="23"/>
              </w:rPr>
              <w:t xml:space="preserve"> Контрольная </w:t>
            </w:r>
            <w:r w:rsidRPr="00C3209B">
              <w:tab/>
            </w:r>
            <w:r w:rsidRPr="00C3209B">
              <w:rPr>
                <w:rFonts w:ascii="Times New Roman" w:eastAsia="Times New Roman" w:hAnsi="Times New Roman"/>
                <w:sz w:val="23"/>
              </w:rPr>
              <w:t>работа;</w:t>
            </w:r>
          </w:p>
        </w:tc>
      </w:tr>
      <w:tr w:rsidR="000F1156" w:rsidTr="00C3209B">
        <w:trPr>
          <w:trHeight w:hRule="exact" w:val="55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94376" w:rsidRDefault="00AF66BE" w:rsidP="00EC277F">
            <w:pPr>
              <w:autoSpaceDE w:val="0"/>
              <w:autoSpaceDN w:val="0"/>
              <w:spacing w:before="94" w:after="0" w:line="230" w:lineRule="auto"/>
              <w:ind w:left="124"/>
              <w:rPr>
                <w:lang w:val="ru-RU"/>
              </w:rPr>
            </w:pPr>
            <w:r w:rsidRPr="00A9437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Простые и составные числа</w:t>
            </w:r>
            <w:r w:rsidR="00A9437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. </w:t>
            </w:r>
            <w:r w:rsidR="00EC277F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Tr="00C3209B">
        <w:trPr>
          <w:trHeight w:hRule="exact" w:val="55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94376" w:rsidRDefault="00AF66BE" w:rsidP="00EC277F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A9437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Простые и составные числа</w:t>
            </w:r>
            <w:r w:rsidR="00A9437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. </w:t>
            </w:r>
            <w:r w:rsidR="00EC277F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24"/>
              </w:tabs>
              <w:autoSpaceDE w:val="0"/>
              <w:autoSpaceDN w:val="0"/>
              <w:spacing w:before="94" w:after="0" w:line="26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Признаки делимости на 2, 5, 10, 3, 9.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 w:rsidTr="00C3209B">
        <w:trPr>
          <w:trHeight w:hRule="exact" w:val="15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 w:rsidRPr="00C3209B">
              <w:rPr>
                <w:rFonts w:ascii="Times New Roman" w:eastAsia="Times New Roman" w:hAnsi="Times New Roman"/>
                <w:sz w:val="23"/>
              </w:rPr>
              <w:t>35.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4376" w:rsidRPr="00C3209B" w:rsidRDefault="00AF66BE" w:rsidP="00E4392F">
            <w:pPr>
              <w:autoSpaceDE w:val="0"/>
              <w:autoSpaceDN w:val="0"/>
              <w:spacing w:before="94" w:after="0" w:line="262" w:lineRule="auto"/>
              <w:ind w:left="68"/>
              <w:rPr>
                <w:lang w:val="ru-RU"/>
              </w:rPr>
            </w:pP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 xml:space="preserve"> </w:t>
            </w:r>
            <w:r w:rsidR="00E4392F" w:rsidRPr="00C3209B">
              <w:rPr>
                <w:rFonts w:ascii="Times New Roman" w:eastAsia="Times New Roman" w:hAnsi="Times New Roman"/>
                <w:sz w:val="23"/>
                <w:lang w:val="ru-RU"/>
              </w:rPr>
              <w:t xml:space="preserve"> </w:t>
            </w:r>
            <w:r w:rsidR="00E4392F" w:rsidRPr="00C3209B">
              <w:rPr>
                <w:rFonts w:ascii="Times New Roman" w:eastAsia="Times New Roman" w:hAnsi="Times New Roman"/>
                <w:sz w:val="23"/>
              </w:rPr>
              <w:t>Признаки делимости на 2, 5, 10, 3, 9.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 w:rsidRPr="00C3209B">
              <w:rPr>
                <w:rFonts w:ascii="Times New Roman" w:eastAsia="Times New Roman" w:hAnsi="Times New Roman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94376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 w:rsidRPr="00C3209B">
              <w:rPr>
                <w:rFonts w:ascii="Times New Roman" w:eastAsia="Times New Roman" w:hAnsi="Times New Roman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 w:rsidRPr="00C3209B">
              <w:rPr>
                <w:rFonts w:ascii="Times New Roman" w:eastAsia="Times New Roman" w:hAnsi="Times New Roman"/>
                <w:sz w:val="23"/>
              </w:rPr>
              <w:t>18.10.2022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C3209B" w:rsidRDefault="00AF66BE">
            <w:pPr>
              <w:autoSpaceDE w:val="0"/>
              <w:autoSpaceDN w:val="0"/>
              <w:spacing w:before="94" w:after="0" w:line="281" w:lineRule="auto"/>
              <w:ind w:left="148" w:hanging="148"/>
              <w:rPr>
                <w:lang w:val="ru-RU"/>
              </w:rPr>
            </w:pP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 xml:space="preserve"> Устный опрос; Самооценка с </w:t>
            </w:r>
            <w:r w:rsidRPr="00C3209B">
              <w:rPr>
                <w:lang w:val="ru-RU"/>
              </w:rPr>
              <w:br/>
            </w: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>использованием</w:t>
            </w:r>
            <w:proofErr w:type="gramStart"/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>«О</w:t>
            </w:r>
            <w:proofErr w:type="gramEnd"/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 xml:space="preserve">ценочного </w:t>
            </w:r>
            <w:r w:rsidRPr="00C3209B">
              <w:rPr>
                <w:lang w:val="ru-RU"/>
              </w:rPr>
              <w:br/>
            </w:r>
            <w:r w:rsidRPr="00C3209B">
              <w:rPr>
                <w:rFonts w:ascii="Times New Roman" w:eastAsia="Times New Roman" w:hAnsi="Times New Roman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86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Степень с натуральным показателем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08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86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Степень с натуральным показателем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37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86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Степень с натуральным показателем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22.10.2022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24"/>
              </w:tabs>
              <w:autoSpaceDE w:val="0"/>
              <w:autoSpaceDN w:val="0"/>
              <w:spacing w:before="92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Числовые выражения; порядок действий.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Tr="0074075C">
        <w:trPr>
          <w:trHeight w:hRule="exact" w:val="84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C277F" w:rsidRPr="0074075C" w:rsidRDefault="00AF66BE" w:rsidP="0074075C">
            <w:pPr>
              <w:tabs>
                <w:tab w:val="left" w:pos="124"/>
              </w:tabs>
              <w:autoSpaceDE w:val="0"/>
              <w:autoSpaceDN w:val="0"/>
              <w:spacing w:before="92" w:after="0" w:line="262" w:lineRule="auto"/>
              <w:ind w:left="68" w:right="144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  <w:r w:rsidRPr="000551B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Числовые выражения; порядок действий</w:t>
            </w:r>
            <w:proofErr w:type="gramStart"/>
            <w:r w:rsidRPr="000551B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</w:t>
            </w:r>
            <w:r w:rsidR="00EC277F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</w:t>
            </w:r>
            <w:proofErr w:type="gramEnd"/>
            <w:r w:rsidR="00EC277F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онтрольная работа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C277F" w:rsidRDefault="00EC277F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25.10.2022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 w:rsidP="00EC277F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</w:t>
            </w:r>
            <w:r w:rsidR="00EC277F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Решение текстовых задач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на все арифметические действия, на движение и покупки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Tr="0074075C">
        <w:trPr>
          <w:trHeight w:hRule="exact" w:val="102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Решение текстовых задач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на все арифметические действия, на движение и покупки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28.10.2022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FA7960" w:rsidRPr="009F0D7C" w:rsidTr="00C3209B">
        <w:trPr>
          <w:trHeight w:hRule="exact" w:val="490"/>
        </w:trPr>
        <w:tc>
          <w:tcPr>
            <w:tcW w:w="10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960" w:rsidRPr="00FA7960" w:rsidRDefault="00FA7960" w:rsidP="00FA7960">
            <w:pPr>
              <w:autoSpaceDE w:val="0"/>
              <w:autoSpaceDN w:val="0"/>
              <w:spacing w:before="94" w:after="0" w:line="271" w:lineRule="auto"/>
              <w:ind w:right="144"/>
              <w:rPr>
                <w:rFonts w:ascii="Times New Roman" w:eastAsia="Times New Roman" w:hAnsi="Times New Roman"/>
                <w:color w:val="000000"/>
                <w:sz w:val="36"/>
                <w:szCs w:val="36"/>
                <w:lang w:val="ru-RU"/>
              </w:rPr>
            </w:pPr>
            <w:r w:rsidRPr="00FA796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36"/>
                <w:szCs w:val="36"/>
                <w:lang w:val="ru-RU"/>
              </w:rPr>
              <w:t>Наглядная геометрия. Линии на плоскости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Решение текстовых задач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на все арифметические действия, на движение и покупки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07.11.2022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Точка, прямая, отрезок, луч.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08.11.2022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Ломаная.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Измерение длины отрезка,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метрические единицы измерения длины.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Измерение длины отрезка,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метрические единицы измерения длины.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Окружность и круг.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Письменный контроль;</w:t>
            </w:r>
          </w:p>
        </w:tc>
      </w:tr>
      <w:tr w:rsidR="000F1156" w:rsidTr="00C3209B">
        <w:trPr>
          <w:trHeight w:hRule="exact" w:val="94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Окружность и круг.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Tr="00C3209B">
        <w:trPr>
          <w:trHeight w:hRule="exact" w:val="138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71" w:lineRule="auto"/>
              <w:ind w:left="68" w:right="1152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«П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остроение узора из окружностей».</w:t>
            </w:r>
          </w:p>
          <w:p w:rsidR="00C3209B" w:rsidRDefault="00C3209B">
            <w:pPr>
              <w:autoSpaceDE w:val="0"/>
              <w:autoSpaceDN w:val="0"/>
              <w:spacing w:before="96" w:after="0" w:line="271" w:lineRule="auto"/>
              <w:ind w:left="68" w:right="1152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</w:p>
          <w:p w:rsidR="00C3209B" w:rsidRPr="00EF1826" w:rsidRDefault="00C3209B">
            <w:pPr>
              <w:autoSpaceDE w:val="0"/>
              <w:autoSpaceDN w:val="0"/>
              <w:spacing w:before="96" w:after="0" w:line="271" w:lineRule="auto"/>
              <w:ind w:left="68" w:right="1152"/>
              <w:rPr>
                <w:lang w:val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Угол.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6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left="68" w:right="720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Прямой, острый, тупой и развернутый углы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748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Измерение углов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0711C0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6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Контрольная работа </w:t>
            </w:r>
            <w:r w:rsid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№4</w:t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"Наглядная геометрия. Углы.</w:t>
            </w:r>
            <w:r w:rsidR="00CC6565"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Измерение </w:t>
            </w:r>
            <w:r w:rsid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углов</w:t>
            </w:r>
            <w:proofErr w:type="gramStart"/>
            <w:r w:rsid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.»</w:t>
            </w:r>
            <w:r w:rsidRPr="00EF1826">
              <w:rPr>
                <w:lang w:val="ru-RU"/>
              </w:rPr>
              <w:br/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углов.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autoSpaceDE w:val="0"/>
              <w:autoSpaceDN w:val="0"/>
              <w:spacing w:before="96" w:after="0" w:line="230" w:lineRule="auto"/>
              <w:ind w:left="68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0711C0">
            <w:pPr>
              <w:autoSpaceDE w:val="0"/>
              <w:autoSpaceDN w:val="0"/>
              <w:spacing w:before="96" w:after="0" w:line="230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autoSpaceDE w:val="0"/>
              <w:autoSpaceDN w:val="0"/>
              <w:spacing w:before="96" w:after="0" w:line="230" w:lineRule="auto"/>
              <w:ind w:left="68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22.11.2022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Контрольная </w:t>
            </w:r>
            <w:r w:rsidRPr="000711C0">
              <w:rPr>
                <w:lang w:val="ru-RU"/>
              </w:rPr>
              <w:tab/>
            </w: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работа;</w:t>
            </w:r>
          </w:p>
        </w:tc>
      </w:tr>
      <w:tr w:rsidR="000F1156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55.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CC6565">
            <w:pPr>
              <w:autoSpaceDE w:val="0"/>
              <w:autoSpaceDN w:val="0"/>
              <w:spacing w:before="92" w:after="0"/>
              <w:ind w:left="68" w:right="576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«Построение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углов»</w:t>
            </w:r>
            <w:r w:rsidR="00CC6565" w:rsidRPr="00CC6565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0711C0" w:rsidRDefault="00AF66BE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 w:rsidRPr="000711C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4.11.2022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Дроби. Обыкновенная дробь.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25.11.2022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Дробь. Обыкновенная дробь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26.11.2022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Дробь.Обыкновенная дробь.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62" w:lineRule="auto"/>
              <w:ind w:left="68" w:right="115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неправильные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29.11.2022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62" w:lineRule="auto"/>
              <w:ind w:left="68" w:right="115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неправильные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01.12.2022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115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неправильные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02.12.2022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115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неправильные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03.12.2022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Основное свойство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05.12.2022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67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Основное свойство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06.12.2022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Основное свойство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08.12.2022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Контрольная работа "Дробь. Основное свойство дроби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."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09.12.2022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Сравнение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0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Сравнение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30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Сравнение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Тестирование;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left="68"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68" w:right="576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Сложение и вычитание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обыкновенных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дробей.</w:t>
            </w:r>
            <w:r w:rsid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Приведение дроби к новому знаменателю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20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right="864"/>
              <w:jc w:val="center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Сложение и вычитание обыкновенных дробей.</w:t>
            </w:r>
          </w:p>
          <w:p w:rsidR="000F1156" w:rsidRPr="00EF1826" w:rsidRDefault="00AF66BE">
            <w:pPr>
              <w:autoSpaceDE w:val="0"/>
              <w:autoSpaceDN w:val="0"/>
              <w:spacing w:before="68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Приведение дроби к новому знаменателю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81" w:lineRule="auto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Письменный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right="864"/>
              <w:jc w:val="center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Сложение и вычитание обыкновенных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AB3D9D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 w:right="144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Контрольная работа "Сложение и вычитание обыкновенных </w:t>
            </w:r>
            <w:r w:rsidR="00AB3D9D">
              <w:rPr>
                <w:lang w:val="ru-RU"/>
              </w:rPr>
              <w:t>др</w:t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обей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."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jc w:val="center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22.12.2022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Контрольная </w:t>
            </w:r>
            <w:r w:rsidRPr="00AB3D9D">
              <w:rPr>
                <w:lang w:val="ru-RU"/>
              </w:rPr>
              <w:tab/>
            </w: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работа;</w:t>
            </w:r>
          </w:p>
        </w:tc>
      </w:tr>
      <w:tr w:rsidR="000F1156" w:rsidRPr="00AB3D9D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76.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Смешанная дробь.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23.12.2022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2" w:after="0" w:line="230" w:lineRule="auto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77.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Смешанная дробь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AB3D9D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 w:rsidRPr="00AB3D9D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24.12.2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74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Смешанная дробь;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представление смешанной дроби в виде неправильной дроби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выделение целой части числа из неправильной дроби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26.12.2022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74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Смешанная дробь;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представление смешанной дроби в виде неправильной дроби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выделение целой части числа из неправильной дроби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27.12.2022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74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Смешанная дробь;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представление смешанной дроби в виде неправильной дроби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выделение целой части числа из неправильной дроби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09.01.2023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0F1156">
        <w:trPr>
          <w:trHeight w:hRule="exact" w:val="7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Смешанная дробь.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468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115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Контрольная работа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3"/>
              </w:rPr>
              <w:t>" Смешанная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дробь."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576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Умножение  обыкновенных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62" w:lineRule="auto"/>
              <w:ind w:left="68" w:right="576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Умножение обыкновенных дробей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3"/>
              </w:rPr>
              <w:t>;.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Умножение и деление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Умножение и деление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Умножение и деление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Умножение и деление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2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71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Умножение и деление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Контрольная работа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"Умножение и деление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обыкновенных дробей; взаимно-обратные дроби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."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23.01.2023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Решение текстовых задач,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Решение текстовых задач,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26.01.2023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Решение текстовых задач,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Решение текстовых задач,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30.01.2023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4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31.01.2023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02.02.2023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55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03.02.2023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6" w:after="0" w:line="230" w:lineRule="auto"/>
              <w:ind w:left="68"/>
              <w:rPr>
                <w:lang w:val="ru-RU"/>
              </w:rPr>
            </w:pP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04.02.2023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Tr="00C3209B">
        <w:trPr>
          <w:trHeight w:hRule="exact" w:val="133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71" w:lineRule="auto"/>
              <w:ind w:left="548" w:right="288" w:hanging="5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06.02.2023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Tr="00C3209B">
        <w:trPr>
          <w:trHeight w:hRule="exact" w:val="121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101.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548" w:right="288" w:hanging="5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07.02.2023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Tr="00C3209B">
        <w:trPr>
          <w:trHeight w:hRule="exact" w:val="123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548" w:right="288" w:hanging="5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Применение букв для записи математических выражений и предложений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09.02.2023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33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103.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74075C">
            <w:pPr>
              <w:autoSpaceDE w:val="0"/>
              <w:autoSpaceDN w:val="0"/>
              <w:spacing w:before="92" w:after="0" w:line="271" w:lineRule="auto"/>
              <w:ind w:left="163" w:right="144" w:hanging="5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Контрольная работа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"Обыкновенные дроби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.Р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ешение задач.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4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Многоугольники.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RPr="00E96630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105.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864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Четырёхугольник, </w:t>
            </w:r>
            <w:r w:rsidR="00E96630" w:rsidRPr="00E96630">
              <w:rPr>
                <w:lang w:val="ru-RU"/>
              </w:rPr>
              <w:br/>
            </w: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прямоугольник, квадрат.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13.02.2023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E96630">
              <w:rPr>
                <w:lang w:val="ru-RU"/>
              </w:rPr>
              <w:br/>
            </w: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106.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864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Четырёхугольник, </w:t>
            </w:r>
            <w:r w:rsidRPr="00E96630">
              <w:rPr>
                <w:lang w:val="ru-RU"/>
              </w:rPr>
              <w:br/>
            </w:r>
            <w:r w:rsidRPr="00E96630">
              <w:rPr>
                <w:lang w:val="ru-RU"/>
              </w:rPr>
              <w:tab/>
            </w: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прямоугольник, квадрат.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AF66BE">
            <w:pPr>
              <w:autoSpaceDE w:val="0"/>
              <w:autoSpaceDN w:val="0"/>
              <w:spacing w:before="94" w:after="0" w:line="230" w:lineRule="auto"/>
              <w:jc w:val="center"/>
              <w:rPr>
                <w:lang w:val="ru-RU"/>
              </w:rPr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14.02.2023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 w:rsidRPr="00E96630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Tr="0074075C">
        <w:trPr>
          <w:trHeight w:hRule="exact" w:val="132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107.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74075C">
            <w:pPr>
              <w:autoSpaceDE w:val="0"/>
              <w:autoSpaceDN w:val="0"/>
              <w:spacing w:before="94" w:after="0"/>
              <w:ind w:right="144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Практическая работа</w:t>
            </w:r>
            <w:r w:rsidR="0074075C">
              <w:rPr>
                <w:lang w:val="ru-RU"/>
              </w:rPr>
              <w:t xml:space="preserve"> </w:t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«Построение прямоугольника с заданными сторонами на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нелинованной бумаге».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 w:rsidTr="0074075C">
        <w:trPr>
          <w:trHeight w:hRule="exact" w:val="99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108.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Треугольник.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74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109.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74075C">
            <w:pPr>
              <w:autoSpaceDE w:val="0"/>
              <w:autoSpaceDN w:val="0"/>
              <w:spacing w:before="92" w:after="0" w:line="281" w:lineRule="auto"/>
              <w:ind w:left="21" w:firstLine="120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Площадь и периметр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прямоугольника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многоугольников, составленных из прямоугольников, единицы измерения площади.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7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74075C">
            <w:pPr>
              <w:autoSpaceDE w:val="0"/>
              <w:autoSpaceDN w:val="0"/>
              <w:spacing w:before="94" w:after="0" w:line="281" w:lineRule="auto"/>
              <w:ind w:left="163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Площадь и периметр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прямоугольника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многоугольников, составленных из прямоугольников, единицы измерения площади.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51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 w:rsidRPr="009F0D7C">
        <w:trPr>
          <w:trHeight w:hRule="exact" w:val="174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111.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74075C">
            <w:pPr>
              <w:autoSpaceDE w:val="0"/>
              <w:autoSpaceDN w:val="0"/>
              <w:spacing w:before="92" w:after="0" w:line="281" w:lineRule="auto"/>
              <w:ind w:left="21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Площадь и периметр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прямоугольника 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многоугольников, составленных из прямоугольников, единицы измерения площади.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8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112.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Периметр много угольника.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23.02.2023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113.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Контрольная работа "Площадь и </w:t>
            </w:r>
            <w:r w:rsidRPr="00EF1826">
              <w:rPr>
                <w:lang w:val="ru-RU"/>
              </w:rPr>
              <w:tab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периметр прямоугольника"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114.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71" w:lineRule="auto"/>
              <w:ind w:left="548" w:right="524" w:hanging="548"/>
              <w:jc w:val="both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Десятичная запись дробей. Представление десятичной дроби в виде обыкновенной.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25.02.2023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Tr="0074075C">
        <w:trPr>
          <w:trHeight w:hRule="exact" w:val="109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Десятичная запись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116.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Десятичная запись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28.02.2023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4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117.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Сравнение десятичных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02.03.2023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118.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Сравнение десятичных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03.03.2023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119.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Сравнение десятичных дробей.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04.03.2023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120.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71" w:lineRule="auto"/>
              <w:ind w:left="548" w:right="144" w:hanging="5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Действия с десятичными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дробями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.С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ложение и вычитание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06.03.2023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E96630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Сложение и вычитание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07.03.2023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122.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Сложение и вычитание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09.03.2023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123.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Сложение и вычитание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Тестирование;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Сложение и вычитание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68" w:right="144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Контрольная работа "Понятие о десятичной дроби. Сравнение, сложение и вычитание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десятичных дробей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.»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44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Умножение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314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127.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Умножение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4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128.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Умножение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Умножение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Умножение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Деление десятичных 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132.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Деление десятичных 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23.03.2023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133.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Деление десятичных 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24.03.2023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134.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Деление десятичных 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03.04.2023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135.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Деление десятичных 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04.04.2023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Деление десятичных 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06.04.2023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 w:rsidP="00E96630">
            <w:pPr>
              <w:autoSpaceDE w:val="0"/>
              <w:autoSpaceDN w:val="0"/>
              <w:spacing w:before="92" w:after="0" w:line="271" w:lineRule="auto"/>
              <w:ind w:right="100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Контрольная работа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"Умножение и деление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07.04.2023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138.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Работа над ошибками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.Д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еление </w:t>
            </w:r>
            <w:r w:rsidRPr="00EF1826">
              <w:rPr>
                <w:lang w:val="ru-RU"/>
              </w:rPr>
              <w:tab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десятичных 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08.04.2023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4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Округление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140.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Округление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141.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Округление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798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142.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Округление десятичных дробей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143.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Решение текстовых задач, </w:t>
            </w:r>
            <w:r w:rsidRPr="00EF1826">
              <w:rPr>
                <w:lang w:val="ru-RU"/>
              </w:rPr>
              <w:tab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7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Решение текстовых задач, </w:t>
            </w:r>
            <w:r w:rsidRPr="00EF1826">
              <w:rPr>
                <w:lang w:val="ru-RU"/>
              </w:rPr>
              <w:tab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29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720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Решение текстовых задач, </w:t>
            </w:r>
            <w:r w:rsidRPr="00EF1826">
              <w:rPr>
                <w:lang w:val="ru-RU"/>
              </w:rPr>
              <w:tab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720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Решение текстовых задач, </w:t>
            </w:r>
            <w:r w:rsidRPr="00EF1826">
              <w:rPr>
                <w:lang w:val="ru-RU"/>
              </w:rPr>
              <w:tab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Тестирование;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147.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720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Решение текстовых задач, </w:t>
            </w:r>
            <w:r w:rsidRPr="00EF1826">
              <w:rPr>
                <w:lang w:val="ru-RU"/>
              </w:rPr>
              <w:tab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содержащих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4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22.04.2023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 w:rsidRPr="009F0D7C">
        <w:trPr>
          <w:trHeight w:hRule="exact" w:val="174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149.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30" w:lineRule="auto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81" w:lineRule="auto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E96630">
            <w:pPr>
              <w:autoSpaceDE w:val="0"/>
              <w:autoSpaceDN w:val="0"/>
              <w:spacing w:before="94" w:after="0" w:line="271" w:lineRule="auto"/>
              <w:ind w:left="548" w:right="288" w:hanging="54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Контрольная работа "Решение текстовых задач, </w:t>
            </w:r>
            <w:r w:rsidR="00AF66BE"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содержащих дроби"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E96630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25.04.2023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151.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30" w:lineRule="auto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4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152.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Многогранники.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153.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Изображение многогранников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29.04.2023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Модели пространственных тел.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01.05.2023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155.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158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Прямоугольный параллелепипед"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02.05.2023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Прямоугольный параллелепипед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04.05.2023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4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144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Развёртки куба и параллелепипеда.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05.05.2023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</w:tbl>
    <w:p w:rsidR="000F1156" w:rsidRPr="00EF1826" w:rsidRDefault="000F1156">
      <w:pPr>
        <w:autoSpaceDE w:val="0"/>
        <w:autoSpaceDN w:val="0"/>
        <w:spacing w:after="0" w:line="14" w:lineRule="exact"/>
        <w:rPr>
          <w:lang w:val="ru-RU"/>
        </w:rPr>
      </w:pPr>
    </w:p>
    <w:p w:rsidR="000F1156" w:rsidRPr="00EF1826" w:rsidRDefault="000F1156">
      <w:pPr>
        <w:rPr>
          <w:lang w:val="ru-RU"/>
        </w:rPr>
        <w:sectPr w:rsidR="000F1156" w:rsidRPr="00EF1826" w:rsidSect="00A331A6">
          <w:pgSz w:w="11900" w:h="16840"/>
          <w:pgMar w:top="284" w:right="556" w:bottom="308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Pr="00EF1826" w:rsidRDefault="000F115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46"/>
        <w:gridCol w:w="3384"/>
        <w:gridCol w:w="694"/>
        <w:gridCol w:w="1538"/>
        <w:gridCol w:w="1584"/>
        <w:gridCol w:w="1174"/>
        <w:gridCol w:w="1732"/>
      </w:tblGrid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158.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работа «Развёртка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куба».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06.05.2023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Объём куба, прямоугольного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параллелепипеда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08.05.2023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2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E96630" w:rsidP="00E96630">
            <w:pPr>
              <w:autoSpaceDE w:val="0"/>
              <w:autoSpaceDN w:val="0"/>
              <w:spacing w:before="96" w:after="0" w:line="271" w:lineRule="auto"/>
              <w:ind w:left="21" w:right="115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Контрольная работа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"П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рямоугольный </w:t>
            </w:r>
            <w:r w:rsidR="00AF66BE"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параллелепипед,куб."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E96630">
            <w:pPr>
              <w:autoSpaceDE w:val="0"/>
              <w:autoSpaceDN w:val="0"/>
              <w:spacing w:before="96" w:after="0" w:line="230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09.05.2023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7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161.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Натуральные числа. Повторение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162.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Обыкновенные дроби.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Повторение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30" w:lineRule="auto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Смешанные числа.</w:t>
            </w:r>
          </w:p>
          <w:p w:rsidR="000F1156" w:rsidRPr="00EF1826" w:rsidRDefault="00AF66BE">
            <w:pPr>
              <w:autoSpaceDE w:val="0"/>
              <w:autoSpaceDN w:val="0"/>
              <w:spacing w:before="68" w:after="0" w:line="262" w:lineRule="auto"/>
              <w:ind w:left="68" w:right="432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Арифметические действия со смешанными числами.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7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164.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Промежуточная аттестация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0F1156">
        <w:trPr>
          <w:trHeight w:hRule="exact" w:val="11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165.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Десятичные дроби. Повторение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>
        <w:trPr>
          <w:trHeight w:hRule="exact" w:val="4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166.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Десятичные дроби. Повторение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Тестирование;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167.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Наглядная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геометрия.Повторение.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6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110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168.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Повторение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0F1156" w:rsidRPr="009F0D7C">
        <w:trPr>
          <w:trHeight w:hRule="exact" w:val="174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Итоговое повторение.</w:t>
            </w:r>
          </w:p>
          <w:p w:rsidR="000F1156" w:rsidRPr="00EF1826" w:rsidRDefault="00AF66BE">
            <w:pPr>
              <w:autoSpaceDE w:val="0"/>
              <w:autoSpaceDN w:val="0"/>
              <w:spacing w:before="66" w:after="0" w:line="230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Натуральные числа.</w:t>
            </w:r>
          </w:p>
          <w:p w:rsidR="000F1156" w:rsidRPr="00EF1826" w:rsidRDefault="00AF66BE">
            <w:pPr>
              <w:autoSpaceDE w:val="0"/>
              <w:autoSpaceDN w:val="0"/>
              <w:spacing w:before="68" w:after="0" w:line="230" w:lineRule="auto"/>
              <w:ind w:left="6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Обыкновенные дроби.</w:t>
            </w:r>
          </w:p>
          <w:p w:rsidR="000F1156" w:rsidRDefault="00AF66BE">
            <w:pPr>
              <w:autoSpaceDE w:val="0"/>
              <w:autoSpaceDN w:val="0"/>
              <w:spacing w:before="66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Смешанные числа. Десятичные дроби.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22.05.2023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4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 w:rsidRPr="009F0D7C">
        <w:trPr>
          <w:trHeight w:hRule="exact" w:val="142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Обобщающий урок.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23.05.2023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Самооценка с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r w:rsidR="0074075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«Оценочного </w:t>
            </w:r>
            <w:r w:rsidRPr="00EF1826">
              <w:rPr>
                <w:lang w:val="ru-RU"/>
              </w:rPr>
              <w:br/>
            </w: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0F1156">
        <w:trPr>
          <w:trHeight w:hRule="exact" w:val="766"/>
        </w:trPr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F1826" w:rsidRDefault="00AF66BE">
            <w:pPr>
              <w:autoSpaceDE w:val="0"/>
              <w:autoSpaceDN w:val="0"/>
              <w:spacing w:before="92" w:after="0" w:line="262" w:lineRule="auto"/>
              <w:ind w:left="68" w:right="144"/>
              <w:rPr>
                <w:lang w:val="ru-RU"/>
              </w:rPr>
            </w:pPr>
            <w:r w:rsidRPr="00EF1826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Pr="00E96630" w:rsidRDefault="00E96630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6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156" w:rsidRDefault="00AF66BE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</w:t>
            </w:r>
          </w:p>
        </w:tc>
      </w:tr>
    </w:tbl>
    <w:p w:rsidR="000F1156" w:rsidRDefault="000F1156">
      <w:pPr>
        <w:autoSpaceDE w:val="0"/>
        <w:autoSpaceDN w:val="0"/>
        <w:spacing w:after="0" w:line="14" w:lineRule="exact"/>
      </w:pPr>
    </w:p>
    <w:p w:rsidR="000F1156" w:rsidRDefault="000F1156">
      <w:pPr>
        <w:sectPr w:rsidR="000F1156" w:rsidSect="00A331A6">
          <w:pgSz w:w="11900" w:h="16840"/>
          <w:pgMar w:top="284" w:right="556" w:bottom="62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0F1156" w:rsidRDefault="000F1156">
      <w:pPr>
        <w:autoSpaceDE w:val="0"/>
        <w:autoSpaceDN w:val="0"/>
        <w:spacing w:after="78" w:line="220" w:lineRule="exact"/>
      </w:pPr>
    </w:p>
    <w:p w:rsidR="000F1156" w:rsidRDefault="00AF66B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F1156" w:rsidRDefault="00AF66BE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0F1156" w:rsidRPr="00EF1826" w:rsidRDefault="00AF66BE">
      <w:pPr>
        <w:autoSpaceDE w:val="0"/>
        <w:autoSpaceDN w:val="0"/>
        <w:spacing w:before="166" w:after="0"/>
        <w:ind w:right="144"/>
        <w:rPr>
          <w:lang w:val="ru-RU"/>
        </w:rPr>
      </w:pP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Мерзляк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А.Г., Полонский В.Б., Якир М.С.; под редакцией Подольского В.Е. Математика,  5 класс, Общество с ограниченной ответственностью "Издательский центр ВЕНТАНА-ГРАФ"; Акционерное общество "Издательство Просвещение";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F1156" w:rsidRPr="00EF1826" w:rsidRDefault="00AF66BE">
      <w:pPr>
        <w:autoSpaceDE w:val="0"/>
        <w:autoSpaceDN w:val="0"/>
        <w:spacing w:before="262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F1156" w:rsidRPr="00EF1826" w:rsidRDefault="00AF66BE">
      <w:pPr>
        <w:autoSpaceDE w:val="0"/>
        <w:autoSpaceDN w:val="0"/>
        <w:spacing w:before="166" w:after="0" w:line="281" w:lineRule="auto"/>
        <w:ind w:right="38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eorhelp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F182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fcior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F182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powerpoint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karmanform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ucoz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>
        <w:rPr>
          <w:rFonts w:ascii="Times New Roman" w:eastAsia="Times New Roman" w:hAnsi="Times New Roman"/>
          <w:color w:val="000000"/>
          <w:sz w:val="24"/>
        </w:rPr>
        <w:t>h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еге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.г</w:t>
      </w:r>
      <w:r>
        <w:rPr>
          <w:rFonts w:ascii="Times New Roman" w:eastAsia="Times New Roman" w:hAnsi="Times New Roman"/>
          <w:color w:val="000000"/>
          <w:sz w:val="24"/>
        </w:rPr>
        <w:t>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0F1156" w:rsidRPr="00EF1826" w:rsidRDefault="000F1156">
      <w:pPr>
        <w:rPr>
          <w:lang w:val="ru-RU"/>
        </w:rPr>
        <w:sectPr w:rsidR="000F1156" w:rsidRPr="00EF1826" w:rsidSect="00A331A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bookmarkStart w:id="0" w:name="_GoBack"/>
      <w:bookmarkEnd w:id="0"/>
    </w:p>
    <w:p w:rsidR="000F1156" w:rsidRPr="00EF1826" w:rsidRDefault="000F1156">
      <w:pPr>
        <w:autoSpaceDE w:val="0"/>
        <w:autoSpaceDN w:val="0"/>
        <w:spacing w:after="78" w:line="220" w:lineRule="exact"/>
        <w:rPr>
          <w:lang w:val="ru-RU"/>
        </w:rPr>
      </w:pPr>
    </w:p>
    <w:p w:rsidR="000F1156" w:rsidRPr="00EF1826" w:rsidRDefault="00AF66BE">
      <w:pPr>
        <w:autoSpaceDE w:val="0"/>
        <w:autoSpaceDN w:val="0"/>
        <w:spacing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F1156" w:rsidRPr="00EF1826" w:rsidRDefault="00AF66BE">
      <w:pPr>
        <w:autoSpaceDE w:val="0"/>
        <w:autoSpaceDN w:val="0"/>
        <w:spacing w:before="346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F1156" w:rsidRPr="00EF1826" w:rsidRDefault="00AF66BE">
      <w:pPr>
        <w:autoSpaceDE w:val="0"/>
        <w:autoSpaceDN w:val="0"/>
        <w:spacing w:before="166" w:after="0" w:line="281" w:lineRule="auto"/>
        <w:ind w:right="8064"/>
        <w:rPr>
          <w:lang w:val="ru-RU"/>
        </w:r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доска магнитная </w:t>
      </w:r>
      <w:r w:rsidRPr="00EF1826">
        <w:rPr>
          <w:lang w:val="ru-RU"/>
        </w:rPr>
        <w:br/>
      </w: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 интерактивная доска</w:t>
      </w:r>
      <w:r w:rsidRPr="00EF1826">
        <w:rPr>
          <w:lang w:val="ru-RU"/>
        </w:rPr>
        <w:br/>
      </w:r>
    </w:p>
    <w:p w:rsidR="000F1156" w:rsidRPr="00EF1826" w:rsidRDefault="00AF66BE">
      <w:pPr>
        <w:autoSpaceDE w:val="0"/>
        <w:autoSpaceDN w:val="0"/>
        <w:spacing w:before="262" w:after="0" w:line="230" w:lineRule="auto"/>
        <w:rPr>
          <w:lang w:val="ru-RU"/>
        </w:rPr>
      </w:pPr>
      <w:r w:rsidRPr="00EF182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0F1156" w:rsidRPr="00EF1826" w:rsidRDefault="00AF66BE" w:rsidP="0074075C">
      <w:pPr>
        <w:autoSpaceDE w:val="0"/>
        <w:autoSpaceDN w:val="0"/>
        <w:spacing w:before="168" w:after="0" w:line="281" w:lineRule="auto"/>
        <w:ind w:right="3744"/>
        <w:rPr>
          <w:lang w:val="ru-RU"/>
        </w:rPr>
        <w:sectPr w:rsidR="000F1156" w:rsidRPr="00EF1826" w:rsidSect="00A331A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— комплект чертежных инструментов </w:t>
      </w:r>
      <w:r w:rsidRPr="00EF1826">
        <w:rPr>
          <w:lang w:val="ru-RU"/>
        </w:rPr>
        <w:br/>
      </w:r>
      <w:proofErr w:type="gramStart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>—к</w:t>
      </w:r>
      <w:proofErr w:type="gramEnd"/>
      <w:r w:rsidRPr="00EF1826">
        <w:rPr>
          <w:rFonts w:ascii="Times New Roman" w:eastAsia="Times New Roman" w:hAnsi="Times New Roman"/>
          <w:color w:val="000000"/>
          <w:sz w:val="24"/>
          <w:lang w:val="ru-RU"/>
        </w:rPr>
        <w:t xml:space="preserve">омплекты для моделирования (цветная бумага, картон, </w:t>
      </w:r>
      <w:r w:rsidR="009F0D7C">
        <w:rPr>
          <w:rFonts w:ascii="Times New Roman" w:eastAsia="Times New Roman" w:hAnsi="Times New Roman"/>
          <w:color w:val="000000"/>
          <w:sz w:val="24"/>
          <w:lang w:val="ru-RU"/>
        </w:rPr>
        <w:t>калька, клей, ножницы, пластили</w:t>
      </w:r>
    </w:p>
    <w:p w:rsidR="002769B6" w:rsidRPr="00EF1826" w:rsidRDefault="002769B6">
      <w:pPr>
        <w:rPr>
          <w:lang w:val="ru-RU"/>
        </w:rPr>
      </w:pPr>
    </w:p>
    <w:sectPr w:rsidR="002769B6" w:rsidRPr="00EF1826" w:rsidSect="00A331A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1BD"/>
    <w:rsid w:val="0006063C"/>
    <w:rsid w:val="000711C0"/>
    <w:rsid w:val="00092D19"/>
    <w:rsid w:val="000B6ADE"/>
    <w:rsid w:val="000F1156"/>
    <w:rsid w:val="0015074B"/>
    <w:rsid w:val="00242584"/>
    <w:rsid w:val="002769B6"/>
    <w:rsid w:val="0029639D"/>
    <w:rsid w:val="00326F90"/>
    <w:rsid w:val="005452D7"/>
    <w:rsid w:val="007361C7"/>
    <w:rsid w:val="0074075C"/>
    <w:rsid w:val="009F07DE"/>
    <w:rsid w:val="009F0D7C"/>
    <w:rsid w:val="00A331A6"/>
    <w:rsid w:val="00A94376"/>
    <w:rsid w:val="00AA1D8D"/>
    <w:rsid w:val="00AB3D9D"/>
    <w:rsid w:val="00AC56B0"/>
    <w:rsid w:val="00AF66BE"/>
    <w:rsid w:val="00B47730"/>
    <w:rsid w:val="00C3209B"/>
    <w:rsid w:val="00CB0664"/>
    <w:rsid w:val="00CC6565"/>
    <w:rsid w:val="00E4392F"/>
    <w:rsid w:val="00E96630"/>
    <w:rsid w:val="00EC277F"/>
    <w:rsid w:val="00EC5607"/>
    <w:rsid w:val="00EF1826"/>
    <w:rsid w:val="00FA79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EF1826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74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740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EF1826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74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740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721/start/287636/" TargetMode="External"/><Relationship Id="rId13" Type="http://schemas.openxmlformats.org/officeDocument/2006/relationships/hyperlink" Target="https://resh.edu.ru/subject/lesson/7718/start/316232/" TargetMode="External"/><Relationship Id="rId18" Type="http://schemas.openxmlformats.org/officeDocument/2006/relationships/hyperlink" Target="https://resh.edu.ru/subject/lesson/7748/start/233487/" TargetMode="External"/><Relationship Id="rId26" Type="http://schemas.openxmlformats.org/officeDocument/2006/relationships/hyperlink" Target="https://resh.edu.ru/subject/lesson/7741/start/312461/" TargetMode="External"/><Relationship Id="rId39" Type="http://schemas.openxmlformats.org/officeDocument/2006/relationships/hyperlink" Target="https://resh.edu.ru/subject/lesson/7733/start/23351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7748/start/233487/" TargetMode="External"/><Relationship Id="rId34" Type="http://schemas.openxmlformats.org/officeDocument/2006/relationships/hyperlink" Target="https://resh.edu.ru/subject/lesson/7781/start/269488/" TargetMode="External"/><Relationship Id="rId42" Type="http://schemas.openxmlformats.org/officeDocument/2006/relationships/hyperlink" Target="https://resh.edu.ru/subject/lesson/721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resh.edu.ru/subject/lesson/7719/start/316201/" TargetMode="External"/><Relationship Id="rId17" Type="http://schemas.openxmlformats.org/officeDocument/2006/relationships/hyperlink" Target="https://resh.edu.ru/subject/lesson/7722/start/287667/" TargetMode="External"/><Relationship Id="rId25" Type="http://schemas.openxmlformats.org/officeDocument/2006/relationships/hyperlink" Target="https://resh.edu.ru/subject/lesson/7741/start/312461/" TargetMode="External"/><Relationship Id="rId33" Type="http://schemas.openxmlformats.org/officeDocument/2006/relationships/hyperlink" Target="https://resh.edu.ru/subject/lesson/7782/start/313719/" TargetMode="External"/><Relationship Id="rId38" Type="http://schemas.openxmlformats.org/officeDocument/2006/relationships/hyperlink" Target="https://resh.edu.ru/subject/lesson/7733/start/233518/" TargetMode="External"/><Relationship Id="rId46" Type="http://schemas.openxmlformats.org/officeDocument/2006/relationships/hyperlink" Target="https://resh.edu.ru/subject/lesson/7731/start/32536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723/start/272294/" TargetMode="External"/><Relationship Id="rId20" Type="http://schemas.openxmlformats.org/officeDocument/2006/relationships/hyperlink" Target="https://resh.edu.ru/subject/lesson/7749/start/313626/" TargetMode="External"/><Relationship Id="rId29" Type="http://schemas.openxmlformats.org/officeDocument/2006/relationships/hyperlink" Target="https://resh.edu.ru/subject/lesson/7735/start/234882/" TargetMode="External"/><Relationship Id="rId41" Type="http://schemas.openxmlformats.org/officeDocument/2006/relationships/hyperlink" Target="https://resh.edu.ru/subject/lesson/7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7719/start/316201/" TargetMode="External"/><Relationship Id="rId24" Type="http://schemas.openxmlformats.org/officeDocument/2006/relationships/hyperlink" Target="https://resh.edu.ru/subject/lesson/7741/start/312461/" TargetMode="External"/><Relationship Id="rId32" Type="http://schemas.openxmlformats.org/officeDocument/2006/relationships/hyperlink" Target="https://resh.edu.ru/subject/lesson/7735/start/234882/" TargetMode="External"/><Relationship Id="rId37" Type="http://schemas.openxmlformats.org/officeDocument/2006/relationships/hyperlink" Target="https://resh.edu.ru/subject/lesson/7733/start/233518" TargetMode="External"/><Relationship Id="rId40" Type="http://schemas.openxmlformats.org/officeDocument/2006/relationships/hyperlink" Target="https://resh.edu.ru/subject/lesson/7733/start/233518/" TargetMode="External"/><Relationship Id="rId45" Type="http://schemas.openxmlformats.org/officeDocument/2006/relationships/hyperlink" Target="https://resh.edu.ru/subject/lesson/7731/start/32536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7723/start/272294/" TargetMode="External"/><Relationship Id="rId23" Type="http://schemas.openxmlformats.org/officeDocument/2006/relationships/hyperlink" Target="https://resh.edu.ru/subject/lesson/7711/start/311996/" TargetMode="External"/><Relationship Id="rId28" Type="http://schemas.openxmlformats.org/officeDocument/2006/relationships/hyperlink" Target="https://resh.edu.ru/subject/lesson/7736/start/312523/" TargetMode="External"/><Relationship Id="rId36" Type="http://schemas.openxmlformats.org/officeDocument/2006/relationships/hyperlink" Target="https://resh.edu.ru/subject/lesson/7776/start/233239/" TargetMode="External"/><Relationship Id="rId10" Type="http://schemas.openxmlformats.org/officeDocument/2006/relationships/hyperlink" Target="https://resh.edu.ru/subject/lesson/7719/start/316201/" TargetMode="External"/><Relationship Id="rId19" Type="http://schemas.openxmlformats.org/officeDocument/2006/relationships/hyperlink" Target="https://resh.edu.ru/subject/lesson/7709/start/325151/" TargetMode="External"/><Relationship Id="rId31" Type="http://schemas.openxmlformats.org/officeDocument/2006/relationships/hyperlink" Target="https://resh.edu.ru/subject/lesson/7735/start/234882/" TargetMode="External"/><Relationship Id="rId44" Type="http://schemas.openxmlformats.org/officeDocument/2006/relationships/hyperlink" Target="https://resh.edu.ru/subject/lesson/7731/start/32536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719/start/316201/" TargetMode="External"/><Relationship Id="rId14" Type="http://schemas.openxmlformats.org/officeDocument/2006/relationships/hyperlink" Target="https://resh.edu.ru/subject/12/5/" TargetMode="External"/><Relationship Id="rId22" Type="http://schemas.openxmlformats.org/officeDocument/2006/relationships/hyperlink" Target="https://resh.edu.ru/subject/lesson/7713/start/272325/" TargetMode="External"/><Relationship Id="rId27" Type="http://schemas.openxmlformats.org/officeDocument/2006/relationships/hyperlink" Target="https://resh.edu.ru/subject/lesson/7736/start/312523/" TargetMode="External"/><Relationship Id="rId30" Type="http://schemas.openxmlformats.org/officeDocument/2006/relationships/hyperlink" Target="https://resh.edu.ru/subject/lesson/7735/start/234882/" TargetMode="External"/><Relationship Id="rId35" Type="http://schemas.openxmlformats.org/officeDocument/2006/relationships/hyperlink" Target="https://resh.edu.ru/subject/lesson/7781/start/269488" TargetMode="External"/><Relationship Id="rId43" Type="http://schemas.openxmlformats.org/officeDocument/2006/relationships/hyperlink" Target="https://resh.edu.ru/subject/lesson/7731/start/325368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AB1DC3-5C9D-4172-B1AF-EDB5605F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9942</Words>
  <Characters>56670</Characters>
  <Application>Microsoft Office Word</Application>
  <DocSecurity>0</DocSecurity>
  <Lines>472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пк</cp:lastModifiedBy>
  <cp:revision>13</cp:revision>
  <cp:lastPrinted>2022-11-05T12:53:00Z</cp:lastPrinted>
  <dcterms:created xsi:type="dcterms:W3CDTF">2022-09-27T18:26:00Z</dcterms:created>
  <dcterms:modified xsi:type="dcterms:W3CDTF">2022-12-29T18:49:00Z</dcterms:modified>
</cp:coreProperties>
</file>